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3758"/>
        <w:gridCol w:w="6096"/>
      </w:tblGrid>
      <w:tr w:rsidR="000C4EC5" w14:paraId="366574FF" w14:textId="77777777" w:rsidTr="00305C20">
        <w:trPr>
          <w:jc w:val="center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5E6A20C0" w14:textId="77777777" w:rsidR="000C4EC5" w:rsidRPr="00A00C44" w:rsidRDefault="00356C54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A00C44">
              <w:rPr>
                <w:b/>
                <w:bCs/>
                <w:sz w:val="26"/>
                <w:szCs w:val="26"/>
              </w:rPr>
              <w:t>Ủ</w:t>
            </w:r>
            <w:r w:rsidRPr="00A00C44">
              <w:rPr>
                <w:b/>
                <w:bCs/>
                <w:sz w:val="26"/>
                <w:szCs w:val="26"/>
              </w:rPr>
              <w:t>Y BAN NHÂN DÂN</w:t>
            </w:r>
          </w:p>
          <w:p w14:paraId="2877449C" w14:textId="0FBD6367" w:rsidR="000C4EC5" w:rsidRPr="00A00C44" w:rsidRDefault="00305C20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00C4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195DD37" wp14:editId="05D76389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200025</wp:posOffset>
                      </wp:positionV>
                      <wp:extent cx="666750" cy="0"/>
                      <wp:effectExtent l="38100" t="38100" r="76200" b="95250"/>
                      <wp:wrapNone/>
                      <wp:docPr id="140273936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601D6260" id="Straight Connector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85pt,15.75pt" to="110.3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" strokecolor="black [3213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A00C44">
              <w:rPr>
                <w:b/>
                <w:sz w:val="26"/>
                <w:szCs w:val="26"/>
              </w:rPr>
              <w:t>XÃ TÀ ĐÙNG</w:t>
            </w:r>
          </w:p>
          <w:p w14:paraId="29387E62" w14:textId="3DB6252F" w:rsidR="00305C20" w:rsidRPr="00A00C44" w:rsidRDefault="00305C20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667EAC1B" w14:textId="5590A5E1" w:rsidR="000C4EC5" w:rsidRPr="00A00C44" w:rsidRDefault="00356C54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A00C44">
              <w:rPr>
                <w:sz w:val="26"/>
                <w:szCs w:val="26"/>
              </w:rPr>
              <w:t>S</w:t>
            </w:r>
            <w:r w:rsidRPr="00A00C44">
              <w:rPr>
                <w:sz w:val="26"/>
                <w:szCs w:val="26"/>
              </w:rPr>
              <w:t>ố</w:t>
            </w:r>
            <w:proofErr w:type="spellEnd"/>
            <w:r w:rsidRPr="00A00C44">
              <w:rPr>
                <w:sz w:val="26"/>
                <w:szCs w:val="26"/>
              </w:rPr>
              <w:t>:        /UBND-VHXH</w:t>
            </w:r>
          </w:p>
          <w:p w14:paraId="249D6F24" w14:textId="10DC4AB6" w:rsidR="000C4EC5" w:rsidRPr="00A00C44" w:rsidRDefault="00356C5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00C44">
              <w:rPr>
                <w:sz w:val="26"/>
                <w:szCs w:val="26"/>
              </w:rPr>
              <w:t xml:space="preserve">V/v </w:t>
            </w:r>
            <w:proofErr w:type="spellStart"/>
            <w:r w:rsidRPr="00A00C44">
              <w:rPr>
                <w:sz w:val="26"/>
                <w:szCs w:val="26"/>
              </w:rPr>
              <w:t>tri</w:t>
            </w:r>
            <w:r w:rsidRPr="00A00C44">
              <w:rPr>
                <w:sz w:val="26"/>
                <w:szCs w:val="26"/>
              </w:rPr>
              <w:t>ể</w:t>
            </w:r>
            <w:r w:rsidRPr="00A00C44">
              <w:rPr>
                <w:sz w:val="26"/>
                <w:szCs w:val="26"/>
              </w:rPr>
              <w:t>n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khai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các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ho</w:t>
            </w:r>
            <w:r w:rsidRPr="00A00C44">
              <w:rPr>
                <w:sz w:val="26"/>
                <w:szCs w:val="26"/>
              </w:rPr>
              <w:t>ạ</w:t>
            </w:r>
            <w:r w:rsidRPr="00A00C44">
              <w:rPr>
                <w:sz w:val="26"/>
                <w:szCs w:val="26"/>
              </w:rPr>
              <w:t>t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đ</w:t>
            </w:r>
            <w:r w:rsidRPr="00A00C44">
              <w:rPr>
                <w:sz w:val="26"/>
                <w:szCs w:val="26"/>
              </w:rPr>
              <w:t>ộ</w:t>
            </w:r>
            <w:r w:rsidRPr="00A00C44">
              <w:rPr>
                <w:sz w:val="26"/>
                <w:szCs w:val="26"/>
              </w:rPr>
              <w:t>ng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phòng</w:t>
            </w:r>
            <w:proofErr w:type="spellEnd"/>
            <w:r w:rsidRPr="00A00C44">
              <w:rPr>
                <w:sz w:val="26"/>
                <w:szCs w:val="26"/>
              </w:rPr>
              <w:t xml:space="preserve">, </w:t>
            </w:r>
            <w:proofErr w:type="spellStart"/>
            <w:r w:rsidRPr="00A00C44">
              <w:rPr>
                <w:sz w:val="26"/>
                <w:szCs w:val="26"/>
              </w:rPr>
              <w:t>ch</w:t>
            </w:r>
            <w:r w:rsidRPr="00A00C44">
              <w:rPr>
                <w:sz w:val="26"/>
                <w:szCs w:val="26"/>
              </w:rPr>
              <w:t>ố</w:t>
            </w:r>
            <w:r w:rsidRPr="00A00C44">
              <w:rPr>
                <w:sz w:val="26"/>
                <w:szCs w:val="26"/>
              </w:rPr>
              <w:t>ng</w:t>
            </w:r>
            <w:proofErr w:type="spellEnd"/>
            <w:r w:rsidR="00305C20"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b</w:t>
            </w:r>
            <w:r w:rsidRPr="00A00C44">
              <w:rPr>
                <w:sz w:val="26"/>
                <w:szCs w:val="26"/>
              </w:rPr>
              <w:t>ệ</w:t>
            </w:r>
            <w:r w:rsidRPr="00A00C44">
              <w:rPr>
                <w:sz w:val="26"/>
                <w:szCs w:val="26"/>
              </w:rPr>
              <w:t>nh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viêm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gan</w:t>
            </w:r>
            <w:proofErr w:type="spellEnd"/>
            <w:r w:rsidRPr="00A00C44">
              <w:rPr>
                <w:sz w:val="26"/>
                <w:szCs w:val="26"/>
              </w:rPr>
              <w:t xml:space="preserve"> vi </w:t>
            </w:r>
            <w:proofErr w:type="spellStart"/>
            <w:r w:rsidRPr="00A00C44">
              <w:rPr>
                <w:sz w:val="26"/>
                <w:szCs w:val="26"/>
              </w:rPr>
              <w:t>rút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và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hư</w:t>
            </w:r>
            <w:r w:rsidRPr="00A00C44">
              <w:rPr>
                <w:sz w:val="26"/>
                <w:szCs w:val="26"/>
              </w:rPr>
              <w:t>ở</w:t>
            </w:r>
            <w:r w:rsidRPr="00A00C44">
              <w:rPr>
                <w:sz w:val="26"/>
                <w:szCs w:val="26"/>
              </w:rPr>
              <w:t>ng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ứ</w:t>
            </w:r>
            <w:r w:rsidRPr="00A00C44">
              <w:rPr>
                <w:sz w:val="26"/>
                <w:szCs w:val="26"/>
              </w:rPr>
              <w:t>ng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Ngày</w:t>
            </w:r>
            <w:proofErr w:type="spellEnd"/>
            <w:r w:rsidR="00305C20"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Th</w:t>
            </w:r>
            <w:r w:rsidRPr="00A00C44">
              <w:rPr>
                <w:sz w:val="26"/>
                <w:szCs w:val="26"/>
              </w:rPr>
              <w:t>ế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gi</w:t>
            </w:r>
            <w:r w:rsidRPr="00A00C44">
              <w:rPr>
                <w:sz w:val="26"/>
                <w:szCs w:val="26"/>
              </w:rPr>
              <w:t>ớ</w:t>
            </w:r>
            <w:r w:rsidRPr="00A00C44">
              <w:rPr>
                <w:sz w:val="26"/>
                <w:szCs w:val="26"/>
              </w:rPr>
              <w:t>i</w:t>
            </w:r>
            <w:proofErr w:type="spellEnd"/>
            <w:r w:rsidRPr="00A00C44">
              <w:rPr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sz w:val="26"/>
                <w:szCs w:val="26"/>
              </w:rPr>
              <w:t>phòng</w:t>
            </w:r>
            <w:proofErr w:type="spellEnd"/>
            <w:r w:rsidRPr="00A00C44">
              <w:rPr>
                <w:sz w:val="26"/>
                <w:szCs w:val="26"/>
              </w:rPr>
              <w:t xml:space="preserve">, </w:t>
            </w:r>
            <w:proofErr w:type="spellStart"/>
            <w:r w:rsidRPr="00A00C44">
              <w:rPr>
                <w:sz w:val="26"/>
                <w:szCs w:val="26"/>
              </w:rPr>
              <w:t>ch</w:t>
            </w:r>
            <w:r w:rsidRPr="00A00C44">
              <w:rPr>
                <w:sz w:val="26"/>
                <w:szCs w:val="26"/>
              </w:rPr>
              <w:t>ố</w:t>
            </w:r>
            <w:r w:rsidRPr="00A00C44">
              <w:rPr>
                <w:sz w:val="26"/>
                <w:szCs w:val="26"/>
              </w:rPr>
              <w:t>ng</w:t>
            </w:r>
            <w:proofErr w:type="spellEnd"/>
            <w:r w:rsidRPr="00A00C44">
              <w:rPr>
                <w:sz w:val="26"/>
                <w:szCs w:val="26"/>
              </w:rPr>
              <w:t xml:space="preserve"> viêm gan vi rút (28/7)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46BD6EB3" w14:textId="77777777" w:rsidR="000C4EC5" w:rsidRPr="00A00C44" w:rsidRDefault="00356C5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00C44">
              <w:rPr>
                <w:b/>
                <w:sz w:val="26"/>
                <w:szCs w:val="26"/>
              </w:rPr>
              <w:t>C</w:t>
            </w:r>
            <w:r w:rsidRPr="00A00C44">
              <w:rPr>
                <w:b/>
                <w:sz w:val="26"/>
                <w:szCs w:val="26"/>
              </w:rPr>
              <w:t>Ộ</w:t>
            </w:r>
            <w:r w:rsidRPr="00A00C44">
              <w:rPr>
                <w:b/>
                <w:sz w:val="26"/>
                <w:szCs w:val="26"/>
              </w:rPr>
              <w:t>NG HÒA XÃ H</w:t>
            </w:r>
            <w:r w:rsidRPr="00A00C44">
              <w:rPr>
                <w:b/>
                <w:sz w:val="26"/>
                <w:szCs w:val="26"/>
              </w:rPr>
              <w:t>Ộ</w:t>
            </w:r>
            <w:r w:rsidRPr="00A00C44">
              <w:rPr>
                <w:b/>
                <w:sz w:val="26"/>
                <w:szCs w:val="26"/>
              </w:rPr>
              <w:t>I CH</w:t>
            </w:r>
            <w:r w:rsidRPr="00A00C44">
              <w:rPr>
                <w:b/>
                <w:sz w:val="26"/>
                <w:szCs w:val="26"/>
              </w:rPr>
              <w:t>Ủ</w:t>
            </w:r>
            <w:r w:rsidRPr="00A00C44">
              <w:rPr>
                <w:b/>
                <w:sz w:val="26"/>
                <w:szCs w:val="26"/>
              </w:rPr>
              <w:t xml:space="preserve"> NGHĨA VI</w:t>
            </w:r>
            <w:r w:rsidRPr="00A00C44">
              <w:rPr>
                <w:b/>
                <w:sz w:val="26"/>
                <w:szCs w:val="26"/>
              </w:rPr>
              <w:t>Ệ</w:t>
            </w:r>
            <w:r w:rsidRPr="00A00C44">
              <w:rPr>
                <w:b/>
                <w:sz w:val="26"/>
                <w:szCs w:val="26"/>
              </w:rPr>
              <w:t>T NAM</w:t>
            </w:r>
          </w:p>
          <w:p w14:paraId="6C4CB2D3" w14:textId="78F413B8" w:rsidR="000C4EC5" w:rsidRPr="00A00C44" w:rsidRDefault="00356C54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A00C44">
              <w:rPr>
                <w:b/>
                <w:sz w:val="26"/>
                <w:szCs w:val="26"/>
              </w:rPr>
              <w:t>Đ</w:t>
            </w:r>
            <w:r w:rsidRPr="00A00C44">
              <w:rPr>
                <w:b/>
                <w:sz w:val="26"/>
                <w:szCs w:val="26"/>
              </w:rPr>
              <w:t>ộ</w:t>
            </w:r>
            <w:r w:rsidRPr="00A00C44">
              <w:rPr>
                <w:b/>
                <w:sz w:val="26"/>
                <w:szCs w:val="26"/>
              </w:rPr>
              <w:t>c</w:t>
            </w:r>
            <w:proofErr w:type="spellEnd"/>
            <w:r w:rsidRPr="00A00C4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b/>
                <w:sz w:val="26"/>
                <w:szCs w:val="26"/>
              </w:rPr>
              <w:t>l</w:t>
            </w:r>
            <w:r w:rsidRPr="00A00C44">
              <w:rPr>
                <w:b/>
                <w:sz w:val="26"/>
                <w:szCs w:val="26"/>
              </w:rPr>
              <w:t>ậ</w:t>
            </w:r>
            <w:r w:rsidRPr="00A00C44">
              <w:rPr>
                <w:b/>
                <w:sz w:val="26"/>
                <w:szCs w:val="26"/>
              </w:rPr>
              <w:t>p</w:t>
            </w:r>
            <w:proofErr w:type="spellEnd"/>
            <w:r w:rsidRPr="00A00C44">
              <w:rPr>
                <w:b/>
                <w:sz w:val="26"/>
                <w:szCs w:val="26"/>
              </w:rPr>
              <w:t xml:space="preserve"> - </w:t>
            </w:r>
            <w:proofErr w:type="spellStart"/>
            <w:r w:rsidRPr="00A00C44">
              <w:rPr>
                <w:b/>
                <w:sz w:val="26"/>
                <w:szCs w:val="26"/>
              </w:rPr>
              <w:t>T</w:t>
            </w:r>
            <w:r w:rsidRPr="00A00C44">
              <w:rPr>
                <w:b/>
                <w:sz w:val="26"/>
                <w:szCs w:val="26"/>
              </w:rPr>
              <w:t>ự</w:t>
            </w:r>
            <w:proofErr w:type="spellEnd"/>
            <w:r w:rsidRPr="00A00C44">
              <w:rPr>
                <w:b/>
                <w:sz w:val="26"/>
                <w:szCs w:val="26"/>
              </w:rPr>
              <w:t xml:space="preserve"> do - H</w:t>
            </w:r>
            <w:r w:rsidRPr="00A00C44">
              <w:rPr>
                <w:b/>
                <w:sz w:val="26"/>
                <w:szCs w:val="26"/>
              </w:rPr>
              <w:t>ạ</w:t>
            </w:r>
            <w:r w:rsidRPr="00A00C44">
              <w:rPr>
                <w:b/>
                <w:sz w:val="26"/>
                <w:szCs w:val="26"/>
              </w:rPr>
              <w:t>nh phúc</w:t>
            </w:r>
          </w:p>
          <w:p w14:paraId="7E95D81C" w14:textId="46A570E8" w:rsidR="00305C20" w:rsidRPr="00A00C44" w:rsidRDefault="00D0533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00C4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71D231C" wp14:editId="503BB6E6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14605</wp:posOffset>
                      </wp:positionV>
                      <wp:extent cx="2000250" cy="0"/>
                      <wp:effectExtent l="38100" t="38100" r="76200" b="95250"/>
                      <wp:wrapNone/>
                      <wp:docPr id="75416878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5F1E2D72" id="Straight Connector 2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25pt,1.15pt" to="222.7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" strokecolor="black [3213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0C766DF8" w14:textId="7D005D96" w:rsidR="000C4EC5" w:rsidRDefault="00356C54">
            <w:pPr>
              <w:spacing w:line="240" w:lineRule="auto"/>
              <w:jc w:val="center"/>
            </w:pPr>
            <w:proofErr w:type="spellStart"/>
            <w:r w:rsidRPr="00A00C44">
              <w:rPr>
                <w:i/>
                <w:sz w:val="26"/>
                <w:szCs w:val="26"/>
              </w:rPr>
              <w:t>Tà</w:t>
            </w:r>
            <w:proofErr w:type="spellEnd"/>
            <w:r w:rsidRPr="00A00C4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i/>
                <w:sz w:val="26"/>
                <w:szCs w:val="26"/>
              </w:rPr>
              <w:t>Đùng</w:t>
            </w:r>
            <w:proofErr w:type="spellEnd"/>
            <w:r w:rsidRPr="00A00C44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A00C44">
              <w:rPr>
                <w:i/>
                <w:sz w:val="26"/>
                <w:szCs w:val="26"/>
              </w:rPr>
              <w:t>ngày</w:t>
            </w:r>
            <w:proofErr w:type="spellEnd"/>
            <w:r w:rsidRPr="00A00C44">
              <w:rPr>
                <w:i/>
                <w:sz w:val="26"/>
                <w:szCs w:val="26"/>
              </w:rPr>
              <w:t xml:space="preserve"> </w:t>
            </w:r>
            <w:r w:rsidR="00417502" w:rsidRPr="00A00C44">
              <w:rPr>
                <w:i/>
                <w:sz w:val="26"/>
                <w:szCs w:val="26"/>
              </w:rPr>
              <w:t xml:space="preserve">   </w:t>
            </w:r>
            <w:r w:rsidRPr="00A00C4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A00C44">
              <w:rPr>
                <w:i/>
                <w:sz w:val="26"/>
                <w:szCs w:val="26"/>
              </w:rPr>
              <w:t>tháng</w:t>
            </w:r>
            <w:proofErr w:type="spellEnd"/>
            <w:r w:rsidRPr="00A00C44">
              <w:rPr>
                <w:i/>
                <w:sz w:val="26"/>
                <w:szCs w:val="26"/>
              </w:rPr>
              <w:t xml:space="preserve"> 7 năm 2026</w:t>
            </w:r>
          </w:p>
        </w:tc>
      </w:tr>
    </w:tbl>
    <w:p w14:paraId="6D46336D" w14:textId="77777777" w:rsidR="000C4EC5" w:rsidRDefault="000C4EC5">
      <w:pPr>
        <w:spacing w:before="40" w:after="40" w:line="240" w:lineRule="auto"/>
        <w:jc w:val="center"/>
      </w:pPr>
    </w:p>
    <w:p w14:paraId="392FBFCE" w14:textId="25DABB1B" w:rsidR="000C4EC5" w:rsidRPr="00305C20" w:rsidRDefault="00305C20" w:rsidP="00305C20">
      <w:pPr>
        <w:spacing w:line="240" w:lineRule="auto"/>
        <w:ind w:left="1440"/>
        <w:rPr>
          <w:bCs/>
        </w:rPr>
      </w:pPr>
      <w:r w:rsidRPr="00305C20">
        <w:rPr>
          <w:bCs/>
        </w:rPr>
        <w:t xml:space="preserve">   </w:t>
      </w:r>
      <w:proofErr w:type="spellStart"/>
      <w:r w:rsidRPr="00305C20">
        <w:rPr>
          <w:bCs/>
        </w:rPr>
        <w:t>Kính</w:t>
      </w:r>
      <w:proofErr w:type="spellEnd"/>
      <w:r w:rsidRPr="00305C20">
        <w:rPr>
          <w:bCs/>
        </w:rPr>
        <w:t xml:space="preserve"> </w:t>
      </w:r>
      <w:proofErr w:type="spellStart"/>
      <w:r w:rsidRPr="00305C20">
        <w:rPr>
          <w:bCs/>
        </w:rPr>
        <w:t>gửi</w:t>
      </w:r>
      <w:proofErr w:type="spellEnd"/>
      <w:r w:rsidRPr="00305C20">
        <w:rPr>
          <w:bCs/>
        </w:rPr>
        <w:t>:</w:t>
      </w:r>
    </w:p>
    <w:p w14:paraId="77DE0831" w14:textId="77777777" w:rsidR="000C4EC5" w:rsidRDefault="00356C54" w:rsidP="00305C20">
      <w:pPr>
        <w:spacing w:line="240" w:lineRule="auto"/>
        <w:ind w:left="2381" w:firstLine="499"/>
      </w:pPr>
      <w:r>
        <w:t>- Tr</w:t>
      </w:r>
      <w:r>
        <w:t>ạ</w:t>
      </w:r>
      <w:r>
        <w:t>m Y t</w:t>
      </w:r>
      <w:r>
        <w:t>ế</w:t>
      </w:r>
      <w:r>
        <w:t xml:space="preserve"> xã Tà Đùng;</w:t>
      </w:r>
    </w:p>
    <w:p w14:paraId="1BED2F26" w14:textId="77777777" w:rsidR="000C4EC5" w:rsidRDefault="00356C54" w:rsidP="00305C20">
      <w:pPr>
        <w:spacing w:line="240" w:lineRule="auto"/>
        <w:ind w:left="2381" w:firstLine="499"/>
      </w:pPr>
      <w:r>
        <w:t>- Các cơ quan, đơn v</w:t>
      </w:r>
      <w:r>
        <w:t>ị</w:t>
      </w:r>
      <w:r>
        <w:t>, trư</w:t>
      </w:r>
      <w:r>
        <w:t>ờ</w:t>
      </w:r>
      <w:r>
        <w:t>ng h</w:t>
      </w:r>
      <w:r>
        <w:t>ọ</w:t>
      </w:r>
      <w:r>
        <w:t>c trên đ</w:t>
      </w:r>
      <w:r>
        <w:t>ị</w:t>
      </w:r>
      <w:r>
        <w:t>a bàn xã;</w:t>
      </w:r>
    </w:p>
    <w:p w14:paraId="75367548" w14:textId="1FFB0116" w:rsidR="000C4EC5" w:rsidRDefault="00356C54" w:rsidP="00305C20">
      <w:pPr>
        <w:spacing w:line="240" w:lineRule="auto"/>
        <w:ind w:left="2835" w:firstLine="45"/>
      </w:pPr>
      <w:r>
        <w:t xml:space="preserve">- </w:t>
      </w:r>
      <w:r>
        <w:t>Ủ</w:t>
      </w:r>
      <w:r>
        <w:t>y ban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 xml:space="preserve">t Nam </w:t>
      </w:r>
      <w:proofErr w:type="spellStart"/>
      <w:r>
        <w:t>xã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</w:t>
      </w:r>
      <w:r>
        <w:t>ổ</w:t>
      </w:r>
      <w:proofErr w:type="spellEnd"/>
      <w:r>
        <w:t xml:space="preserve"> </w:t>
      </w:r>
      <w:proofErr w:type="spellStart"/>
      <w:r>
        <w:t>ch</w:t>
      </w:r>
      <w:r>
        <w:t>ứ</w:t>
      </w:r>
      <w:r>
        <w:t>c</w:t>
      </w:r>
      <w:proofErr w:type="spellEnd"/>
      <w:r>
        <w:t xml:space="preserve"> </w:t>
      </w:r>
      <w:proofErr w:type="spellStart"/>
      <w:r w:rsidR="00417502">
        <w:t>thành</w:t>
      </w:r>
      <w:proofErr w:type="spellEnd"/>
      <w:r w:rsidR="00417502">
        <w:t xml:space="preserve"> </w:t>
      </w:r>
      <w:proofErr w:type="spellStart"/>
      <w:r w:rsidR="00417502">
        <w:t>viên</w:t>
      </w:r>
      <w:proofErr w:type="spellEnd"/>
      <w:r w:rsidR="00417502">
        <w:t xml:space="preserve"> </w:t>
      </w:r>
      <w:proofErr w:type="spellStart"/>
      <w:r>
        <w:t>xã</w:t>
      </w:r>
      <w:proofErr w:type="spellEnd"/>
      <w:r>
        <w:t>;</w:t>
      </w:r>
    </w:p>
    <w:p w14:paraId="453E3900" w14:textId="07E466A7" w:rsidR="000C4EC5" w:rsidRDefault="00356C54" w:rsidP="00305C20">
      <w:pPr>
        <w:spacing w:line="240" w:lineRule="auto"/>
        <w:ind w:left="2381" w:firstLine="499"/>
      </w:pPr>
      <w:r>
        <w:t xml:space="preserve">-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xã</w:t>
      </w:r>
      <w:proofErr w:type="spellEnd"/>
      <w:r>
        <w:t>.</w:t>
      </w:r>
    </w:p>
    <w:p w14:paraId="12BA56FD" w14:textId="77777777" w:rsidR="00305C20" w:rsidRDefault="00305C20" w:rsidP="00305C20">
      <w:pPr>
        <w:spacing w:line="240" w:lineRule="auto"/>
        <w:ind w:left="2381" w:firstLine="499"/>
      </w:pPr>
    </w:p>
    <w:p w14:paraId="7F1D99ED" w14:textId="77777777" w:rsidR="000C4EC5" w:rsidRDefault="00356C54" w:rsidP="00A00C44">
      <w:pPr>
        <w:spacing w:before="120"/>
        <w:ind w:firstLine="720"/>
        <w:jc w:val="both"/>
      </w:pPr>
      <w:r>
        <w:t>Căn c</w:t>
      </w:r>
      <w:r>
        <w:t>ứ</w:t>
      </w:r>
      <w:r>
        <w:t xml:space="preserve"> Công văn s</w:t>
      </w:r>
      <w:r>
        <w:t>ố</w:t>
      </w:r>
      <w:r>
        <w:t xml:space="preserve"> 1113/PB-HIV-MT ngày </w:t>
      </w:r>
      <w:r>
        <w:t>30/6/2026 c</w:t>
      </w:r>
      <w:r>
        <w:t>ủ</w:t>
      </w:r>
      <w:r>
        <w:t>a C</w:t>
      </w:r>
      <w:r>
        <w:t>ụ</w:t>
      </w:r>
      <w:r>
        <w:t>c Phòng b</w:t>
      </w:r>
      <w:r>
        <w:t>ệ</w:t>
      </w:r>
      <w:r>
        <w:t>nh v</w:t>
      </w:r>
      <w:r>
        <w:t>ề</w:t>
      </w:r>
      <w:r>
        <w:t xml:space="preserve"> vi</w:t>
      </w:r>
      <w:r>
        <w:t>ệ</w:t>
      </w:r>
      <w:r>
        <w:t>c tăng cư</w:t>
      </w:r>
      <w:r>
        <w:t>ờ</w:t>
      </w:r>
      <w:r>
        <w:t>ng tri</w:t>
      </w:r>
      <w:r>
        <w:t>ể</w:t>
      </w:r>
      <w:r>
        <w:t>n khai phòng, ch</w:t>
      </w:r>
      <w:r>
        <w:t>ố</w:t>
      </w:r>
      <w:r>
        <w:t>ng b</w:t>
      </w:r>
      <w:r>
        <w:t>ệ</w:t>
      </w:r>
      <w:r>
        <w:t>nh viêm gan vi rút và hư</w:t>
      </w:r>
      <w:r>
        <w:t>ở</w:t>
      </w:r>
      <w:r>
        <w:t xml:space="preserve">ng </w:t>
      </w:r>
      <w:r>
        <w:t>ứ</w:t>
      </w:r>
      <w:r>
        <w:t>ng Ngày Th</w:t>
      </w:r>
      <w:r>
        <w:t>ế</w:t>
      </w:r>
      <w:r>
        <w:t xml:space="preserve"> gi</w:t>
      </w:r>
      <w:r>
        <w:t>ớ</w:t>
      </w:r>
      <w:r>
        <w:t>i phòng, ch</w:t>
      </w:r>
      <w:r>
        <w:t>ố</w:t>
      </w:r>
      <w:r>
        <w:t>ng viêm gan vi rút (28/7); Công văn s</w:t>
      </w:r>
      <w:r>
        <w:t>ố</w:t>
      </w:r>
      <w:r>
        <w:t xml:space="preserve"> 4996/SYT-NVY ngày 02/7/2026 c</w:t>
      </w:r>
      <w:r>
        <w:t>ủ</w:t>
      </w:r>
      <w:r>
        <w:t>a S</w:t>
      </w:r>
      <w:r>
        <w:t>ở</w:t>
      </w:r>
      <w:r>
        <w:t xml:space="preserve"> Y t</w:t>
      </w:r>
      <w:r>
        <w:t>ế</w:t>
      </w:r>
      <w:r>
        <w:t xml:space="preserve"> t</w:t>
      </w:r>
      <w:r>
        <w:t>ỉ</w:t>
      </w:r>
      <w:r>
        <w:t>nh Lâm Đ</w:t>
      </w:r>
      <w:r>
        <w:t>ồ</w:t>
      </w:r>
      <w:r>
        <w:t>ng v</w:t>
      </w:r>
      <w:r>
        <w:t>ề</w:t>
      </w:r>
      <w:r>
        <w:t xml:space="preserve"> vi</w:t>
      </w:r>
      <w:r>
        <w:t>ệ</w:t>
      </w:r>
      <w:r>
        <w:t>c tri</w:t>
      </w:r>
      <w:r>
        <w:t>ể</w:t>
      </w:r>
      <w:r>
        <w:t>n khai các ho</w:t>
      </w:r>
      <w:r>
        <w:t>ạ</w:t>
      </w:r>
      <w:r>
        <w:t>t đ</w:t>
      </w:r>
      <w:r>
        <w:t>ộ</w:t>
      </w:r>
      <w:r>
        <w:t xml:space="preserve">ng </w:t>
      </w:r>
      <w:r>
        <w:t>phòng, ch</w:t>
      </w:r>
      <w:r>
        <w:t>ố</w:t>
      </w:r>
      <w:r>
        <w:t>ng b</w:t>
      </w:r>
      <w:r>
        <w:t>ệ</w:t>
      </w:r>
      <w:r>
        <w:t>nh viêm gan vi rút và hư</w:t>
      </w:r>
      <w:r>
        <w:t>ở</w:t>
      </w:r>
      <w:r>
        <w:t xml:space="preserve">ng </w:t>
      </w:r>
      <w:r>
        <w:t>ứ</w:t>
      </w:r>
      <w:r>
        <w:t>ng Ngày Th</w:t>
      </w:r>
      <w:r>
        <w:t>ế</w:t>
      </w:r>
      <w:r>
        <w:t xml:space="preserve"> gi</w:t>
      </w:r>
      <w:r>
        <w:t>ớ</w:t>
      </w:r>
      <w:r>
        <w:t>i phòng, ch</w:t>
      </w:r>
      <w:r>
        <w:t>ố</w:t>
      </w:r>
      <w:r>
        <w:t>ng viêm gan vi rút (28/7); Công văn s</w:t>
      </w:r>
      <w:r>
        <w:t>ố</w:t>
      </w:r>
      <w:r>
        <w:t xml:space="preserve"> 1663/KSBT-PCBTN-KST-CT ngày 10/7/2026 c</w:t>
      </w:r>
      <w:r>
        <w:t>ủ</w:t>
      </w:r>
      <w:r>
        <w:t>a Trung tâm Ki</w:t>
      </w:r>
      <w:r>
        <w:t>ể</w:t>
      </w:r>
      <w:r>
        <w:t>m soát b</w:t>
      </w:r>
      <w:r>
        <w:t>ệ</w:t>
      </w:r>
      <w:r>
        <w:t>nh t</w:t>
      </w:r>
      <w:r>
        <w:t>ậ</w:t>
      </w:r>
      <w:r>
        <w:t>t t</w:t>
      </w:r>
      <w:r>
        <w:t>ỉ</w:t>
      </w:r>
      <w:r>
        <w:t>nh Lâm Đ</w:t>
      </w:r>
      <w:r>
        <w:t>ồ</w:t>
      </w:r>
      <w:r>
        <w:t>ng v</w:t>
      </w:r>
      <w:r>
        <w:t>ề</w:t>
      </w:r>
      <w:r>
        <w:t xml:space="preserve"> vi</w:t>
      </w:r>
      <w:r>
        <w:t>ệ</w:t>
      </w:r>
      <w:r>
        <w:t>c tri</w:t>
      </w:r>
      <w:r>
        <w:t>ể</w:t>
      </w:r>
      <w:r>
        <w:t>n khai các ho</w:t>
      </w:r>
      <w:r>
        <w:t>ạ</w:t>
      </w:r>
      <w:r>
        <w:t>t đ</w:t>
      </w:r>
      <w:r>
        <w:t>ộ</w:t>
      </w:r>
      <w:r>
        <w:t>ng phòng, ch</w:t>
      </w:r>
      <w:r>
        <w:t>ố</w:t>
      </w:r>
      <w:r>
        <w:t>ng b</w:t>
      </w:r>
      <w:r>
        <w:t>ệ</w:t>
      </w:r>
      <w:r>
        <w:t>nh viêm gan v</w:t>
      </w:r>
      <w:r>
        <w:t>i rút và hư</w:t>
      </w:r>
      <w:r>
        <w:t>ở</w:t>
      </w:r>
      <w:r>
        <w:t xml:space="preserve">ng </w:t>
      </w:r>
      <w:r>
        <w:t>ứ</w:t>
      </w:r>
      <w:r>
        <w:t>ng Ngày Th</w:t>
      </w:r>
      <w:r>
        <w:t>ế</w:t>
      </w:r>
      <w:r>
        <w:t xml:space="preserve"> gi</w:t>
      </w:r>
      <w:r>
        <w:t>ớ</w:t>
      </w:r>
      <w:r>
        <w:t>i phòng, ch</w:t>
      </w:r>
      <w:r>
        <w:t>ố</w:t>
      </w:r>
      <w:r>
        <w:t>ng viêm gan vi rút (28/7).</w:t>
      </w:r>
    </w:p>
    <w:p w14:paraId="2DA70CA3" w14:textId="77777777" w:rsidR="000C4EC5" w:rsidRDefault="00356C54" w:rsidP="00A00C44">
      <w:pPr>
        <w:spacing w:before="120"/>
        <w:ind w:firstLine="720"/>
        <w:jc w:val="both"/>
      </w:pPr>
      <w:r>
        <w:t>Nh</w:t>
      </w:r>
      <w:r>
        <w:t>ằ</w:t>
      </w:r>
      <w:r>
        <w:t>m tăng cư</w:t>
      </w:r>
      <w:r>
        <w:t>ờ</w:t>
      </w:r>
      <w:r>
        <w:t>ng s</w:t>
      </w:r>
      <w:r>
        <w:t>ự</w:t>
      </w:r>
      <w:r>
        <w:t xml:space="preserve"> hi</w:t>
      </w:r>
      <w:r>
        <w:t>ể</w:t>
      </w:r>
      <w:r>
        <w:t>u bi</w:t>
      </w:r>
      <w:r>
        <w:t>ế</w:t>
      </w:r>
      <w:r>
        <w:t>t c</w:t>
      </w:r>
      <w:r>
        <w:t>ủ</w:t>
      </w:r>
      <w:r>
        <w:t>a Nhân dân v</w:t>
      </w:r>
      <w:r>
        <w:t>ề</w:t>
      </w:r>
      <w:r>
        <w:t xml:space="preserve"> phát hi</w:t>
      </w:r>
      <w:r>
        <w:t>ệ</w:t>
      </w:r>
      <w:r>
        <w:t>n s</w:t>
      </w:r>
      <w:r>
        <w:t>ớ</w:t>
      </w:r>
      <w:r>
        <w:t>m, xét nghi</w:t>
      </w:r>
      <w:r>
        <w:t>ệ</w:t>
      </w:r>
      <w:r>
        <w:t>m s</w:t>
      </w:r>
      <w:r>
        <w:t>ớ</w:t>
      </w:r>
      <w:r>
        <w:t>m, đi</w:t>
      </w:r>
      <w:r>
        <w:t>ề</w:t>
      </w:r>
      <w:r>
        <w:t>u tr</w:t>
      </w:r>
      <w:r>
        <w:t>ị</w:t>
      </w:r>
      <w:r>
        <w:t xml:space="preserve"> k</w:t>
      </w:r>
      <w:r>
        <w:t>ị</w:t>
      </w:r>
      <w:r>
        <w:t>p th</w:t>
      </w:r>
      <w:r>
        <w:t>ờ</w:t>
      </w:r>
      <w:r>
        <w:t>i và các bi</w:t>
      </w:r>
      <w:r>
        <w:t>ệ</w:t>
      </w:r>
      <w:r>
        <w:t>n pháp d</w:t>
      </w:r>
      <w:r>
        <w:t>ự</w:t>
      </w:r>
      <w:r>
        <w:t xml:space="preserve"> phòng lây nhi</w:t>
      </w:r>
      <w:r>
        <w:t>ễ</w:t>
      </w:r>
      <w:r>
        <w:t xml:space="preserve">m viêm gan vi rút; </w:t>
      </w:r>
      <w:r>
        <w:t>Ủ</w:t>
      </w:r>
      <w:r>
        <w:t>y ban nhân dân xã Tà Đùng đ</w:t>
      </w:r>
      <w:r>
        <w:t>ề</w:t>
      </w:r>
      <w:r>
        <w:t xml:space="preserve"> ngh</w:t>
      </w:r>
      <w:r>
        <w:t>ị</w:t>
      </w:r>
      <w:r>
        <w:t xml:space="preserve"> các </w:t>
      </w:r>
      <w:r>
        <w:t>cơ quan, đơn v</w:t>
      </w:r>
      <w:r>
        <w:t>ị</w:t>
      </w:r>
      <w:r>
        <w:t>, Tr</w:t>
      </w:r>
      <w:r>
        <w:t>ạ</w:t>
      </w:r>
      <w:r>
        <w:t>m Y t</w:t>
      </w:r>
      <w:r>
        <w:t>ế</w:t>
      </w:r>
      <w:r>
        <w:t xml:space="preserve"> xã, các thôn tri</w:t>
      </w:r>
      <w:r>
        <w:t>ể</w:t>
      </w:r>
      <w:r>
        <w:t>n khai th</w:t>
      </w:r>
      <w:r>
        <w:t>ự</w:t>
      </w:r>
      <w:r>
        <w:t>c hi</w:t>
      </w:r>
      <w:r>
        <w:t>ệ</w:t>
      </w:r>
      <w:r>
        <w:t>n m</w:t>
      </w:r>
      <w:r>
        <w:t>ộ</w:t>
      </w:r>
      <w:r>
        <w:t>t s</w:t>
      </w:r>
      <w:r>
        <w:t>ố</w:t>
      </w:r>
      <w:r>
        <w:t xml:space="preserve"> n</w:t>
      </w:r>
      <w:r>
        <w:t>ộ</w:t>
      </w:r>
      <w:r>
        <w:t>i dung sau:</w:t>
      </w:r>
    </w:p>
    <w:p w14:paraId="7C9CA6A6" w14:textId="121343B3" w:rsidR="000C4EC5" w:rsidRDefault="00356C54" w:rsidP="00A00C44">
      <w:pPr>
        <w:spacing w:before="120"/>
        <w:ind w:firstLine="720"/>
        <w:jc w:val="both"/>
      </w:pPr>
      <w:r>
        <w:rPr>
          <w:b/>
        </w:rPr>
        <w:t>1. Tr</w:t>
      </w:r>
      <w:r>
        <w:rPr>
          <w:b/>
        </w:rPr>
        <w:t>ạ</w:t>
      </w:r>
      <w:r>
        <w:rPr>
          <w:b/>
        </w:rPr>
        <w:t>m Y t</w:t>
      </w:r>
      <w:r>
        <w:rPr>
          <w:b/>
        </w:rPr>
        <w:t>ế</w:t>
      </w:r>
      <w:r>
        <w:rPr>
          <w:b/>
        </w:rPr>
        <w:t xml:space="preserve"> xã </w:t>
      </w:r>
    </w:p>
    <w:p w14:paraId="20B21B8D" w14:textId="3BBFFD81" w:rsidR="000C4EC5" w:rsidRDefault="00356C54" w:rsidP="00A00C44">
      <w:pPr>
        <w:spacing w:before="120"/>
        <w:ind w:firstLine="720"/>
        <w:jc w:val="both"/>
      </w:pPr>
      <w:r>
        <w:t xml:space="preserve">- </w:t>
      </w:r>
      <w:proofErr w:type="spellStart"/>
      <w:r>
        <w:t>Ch</w:t>
      </w:r>
      <w:r>
        <w:t>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ph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h</w:t>
      </w:r>
      <w:r>
        <w:t>ợ</w:t>
      </w:r>
      <w:r>
        <w:t>p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 w:rsidR="00417502">
        <w:t>p</w:t>
      </w:r>
      <w:r>
        <w:t>hòng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>, các cơ quan, đơn v</w:t>
      </w:r>
      <w:r>
        <w:t>ị</w:t>
      </w:r>
      <w:r>
        <w:t>, trư</w:t>
      </w:r>
      <w:r>
        <w:t>ờ</w:t>
      </w:r>
      <w:r>
        <w:t>ng h</w:t>
      </w:r>
      <w:r>
        <w:t>ọ</w:t>
      </w:r>
      <w:r>
        <w:t>c, các thôn t</w:t>
      </w:r>
      <w:r>
        <w:t>ổ</w:t>
      </w:r>
      <w:r>
        <w:t xml:space="preserve"> ch</w:t>
      </w:r>
      <w:r>
        <w:t>ứ</w:t>
      </w:r>
      <w:r>
        <w:t>c truy</w:t>
      </w:r>
      <w:r>
        <w:t>ề</w:t>
      </w:r>
      <w:r>
        <w:t>n thông, tư v</w:t>
      </w:r>
      <w:r>
        <w:t>ấ</w:t>
      </w:r>
      <w:r>
        <w:t>n, hư</w:t>
      </w:r>
      <w:r>
        <w:t>ớ</w:t>
      </w:r>
      <w:r>
        <w:t>ng d</w:t>
      </w:r>
      <w:r>
        <w:t>ẫ</w:t>
      </w:r>
      <w:r>
        <w:t>n ngư</w:t>
      </w:r>
      <w:r>
        <w:t>ờ</w:t>
      </w:r>
      <w:r>
        <w:t>i dân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phòng, ch</w:t>
      </w:r>
      <w:r>
        <w:t>ố</w:t>
      </w:r>
      <w:r>
        <w:t>ng b</w:t>
      </w:r>
      <w:r>
        <w:t>ệ</w:t>
      </w:r>
      <w:r>
        <w:t>nh viêm gan vi rút; truy</w:t>
      </w:r>
      <w:r>
        <w:t>ề</w:t>
      </w:r>
      <w:r>
        <w:t>n thông hư</w:t>
      </w:r>
      <w:r>
        <w:t>ở</w:t>
      </w:r>
      <w:r>
        <w:t xml:space="preserve">ng </w:t>
      </w:r>
      <w:r>
        <w:t>ứ</w:t>
      </w:r>
      <w:r>
        <w:t>ng Ngày Th</w:t>
      </w:r>
      <w:r>
        <w:t>ế</w:t>
      </w:r>
      <w:r>
        <w:t xml:space="preserve"> gi</w:t>
      </w:r>
      <w:r>
        <w:t>ớ</w:t>
      </w:r>
      <w:r>
        <w:t>i phòng, ch</w:t>
      </w:r>
      <w:r>
        <w:t>ố</w:t>
      </w:r>
      <w:r>
        <w:t>ng viêm gan vi rút (28/7) phù h</w:t>
      </w:r>
      <w:r>
        <w:t>ợ</w:t>
      </w:r>
      <w:r>
        <w:t>p v</w:t>
      </w:r>
      <w:r>
        <w:t>ớ</w:t>
      </w:r>
      <w:r>
        <w:t>i tình hình</w:t>
      </w:r>
      <w:r>
        <w:t xml:space="preserve"> th</w:t>
      </w:r>
      <w:r>
        <w:t>ự</w:t>
      </w:r>
      <w:r>
        <w:t>c t</w:t>
      </w:r>
      <w:r>
        <w:t>ế</w:t>
      </w:r>
      <w:r>
        <w:t xml:space="preserve"> c</w:t>
      </w:r>
      <w:r>
        <w:t>ủ</w:t>
      </w:r>
      <w:r>
        <w:t>a đ</w:t>
      </w:r>
      <w:r>
        <w:t>ị</w:t>
      </w:r>
      <w:r>
        <w:t>a phương.</w:t>
      </w:r>
    </w:p>
    <w:p w14:paraId="6BD7C3C4" w14:textId="77777777" w:rsidR="000C4EC5" w:rsidRDefault="00356C54" w:rsidP="00A00C44">
      <w:pPr>
        <w:spacing w:before="120"/>
        <w:ind w:firstLine="720"/>
        <w:jc w:val="both"/>
      </w:pPr>
      <w:r>
        <w:t>- M</w:t>
      </w:r>
      <w:r>
        <w:t>ở</w:t>
      </w:r>
      <w:r>
        <w:t xml:space="preserve"> r</w:t>
      </w:r>
      <w:r>
        <w:t>ộ</w:t>
      </w:r>
      <w:r>
        <w:t>ng và l</w:t>
      </w:r>
      <w:r>
        <w:t>ồ</w:t>
      </w:r>
      <w:r>
        <w:t>ng ghép cung c</w:t>
      </w:r>
      <w:r>
        <w:t>ấ</w:t>
      </w:r>
      <w:r>
        <w:t>p các d</w:t>
      </w:r>
      <w:r>
        <w:t>ị</w:t>
      </w:r>
      <w:r>
        <w:t>ch v</w:t>
      </w:r>
      <w:r>
        <w:t>ụ</w:t>
      </w:r>
      <w:r>
        <w:t xml:space="preserve"> v</w:t>
      </w:r>
      <w:r>
        <w:t>ề</w:t>
      </w:r>
      <w:r>
        <w:t xml:space="preserve"> viêm gan vi rút qua b</w:t>
      </w:r>
      <w:r>
        <w:t>ả</w:t>
      </w:r>
      <w:r>
        <w:t>o hi</w:t>
      </w:r>
      <w:r>
        <w:t>ể</w:t>
      </w:r>
      <w:r>
        <w:t>m y t</w:t>
      </w:r>
      <w:r>
        <w:t>ế</w:t>
      </w:r>
      <w:r>
        <w:t>; ưu tiên phát hi</w:t>
      </w:r>
      <w:r>
        <w:t>ệ</w:t>
      </w:r>
      <w:r>
        <w:t>n s</w:t>
      </w:r>
      <w:r>
        <w:t>ớ</w:t>
      </w:r>
      <w:r>
        <w:t>m, ch</w:t>
      </w:r>
      <w:r>
        <w:t>ẩ</w:t>
      </w:r>
      <w:r>
        <w:t>n đoán và đi</w:t>
      </w:r>
      <w:r>
        <w:t>ề</w:t>
      </w:r>
      <w:r>
        <w:t>u tr</w:t>
      </w:r>
      <w:r>
        <w:t>ị</w:t>
      </w:r>
      <w:r>
        <w:t xml:space="preserve"> s</w:t>
      </w:r>
      <w:r>
        <w:t>ớ</w:t>
      </w:r>
      <w:r>
        <w:t>m, nh</w:t>
      </w:r>
      <w:r>
        <w:t>ấ</w:t>
      </w:r>
      <w:r>
        <w:t>t là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dân có hoàn c</w:t>
      </w:r>
      <w:r>
        <w:t>ả</w:t>
      </w:r>
      <w:r>
        <w:t>nh khó khăn, vùng sâu, vùng xa, ngư</w:t>
      </w:r>
      <w:r>
        <w:t>ờ</w:t>
      </w:r>
      <w:r>
        <w:t>i chưa có th</w:t>
      </w:r>
      <w:r>
        <w:t>ẻ</w:t>
      </w:r>
      <w:r>
        <w:t xml:space="preserve"> b</w:t>
      </w:r>
      <w:r>
        <w:t>ả</w:t>
      </w:r>
      <w:r>
        <w:t>o hi</w:t>
      </w:r>
      <w:r>
        <w:t>ể</w:t>
      </w:r>
      <w:r>
        <w:t>m y t</w:t>
      </w:r>
      <w:r>
        <w:t>ế</w:t>
      </w:r>
      <w:r>
        <w:t xml:space="preserve"> ho</w:t>
      </w:r>
      <w:r>
        <w:t>ặ</w:t>
      </w:r>
      <w:r>
        <w:t>c khó ti</w:t>
      </w:r>
      <w:r>
        <w:t>ế</w:t>
      </w:r>
      <w:r>
        <w:t>p c</w:t>
      </w:r>
      <w:r>
        <w:t>ậ</w:t>
      </w:r>
      <w:r>
        <w:t>n d</w:t>
      </w:r>
      <w:r>
        <w:t>ị</w:t>
      </w:r>
      <w:r>
        <w:t>ch v</w:t>
      </w:r>
      <w:r>
        <w:t>ụ</w:t>
      </w:r>
      <w:r>
        <w:t xml:space="preserve"> y t</w:t>
      </w:r>
      <w:r>
        <w:t>ế</w:t>
      </w:r>
      <w:r>
        <w:t>.</w:t>
      </w:r>
    </w:p>
    <w:p w14:paraId="4F7E2459" w14:textId="77777777" w:rsidR="000C4EC5" w:rsidRDefault="00356C54" w:rsidP="00A00C44">
      <w:pPr>
        <w:spacing w:before="120"/>
        <w:ind w:firstLine="720"/>
        <w:jc w:val="both"/>
      </w:pPr>
      <w:r>
        <w:lastRenderedPageBreak/>
        <w:t>- Tăng cư</w:t>
      </w:r>
      <w:r>
        <w:t>ờ</w:t>
      </w:r>
      <w:r>
        <w:t>ng tư v</w:t>
      </w:r>
      <w:r>
        <w:t>ấ</w:t>
      </w:r>
      <w:r>
        <w:t>n, v</w:t>
      </w:r>
      <w:r>
        <w:t>ậ</w:t>
      </w:r>
      <w:r>
        <w:t>n đ</w:t>
      </w:r>
      <w:r>
        <w:t>ộ</w:t>
      </w:r>
      <w:r>
        <w:t>ng tiêm v</w:t>
      </w:r>
      <w:r>
        <w:t>ắ</w:t>
      </w:r>
      <w:r>
        <w:t>c xin viêm gan B cho tr</w:t>
      </w:r>
      <w:r>
        <w:t>ẻ</w:t>
      </w:r>
      <w:r>
        <w:t xml:space="preserve"> em theo l</w:t>
      </w:r>
      <w:r>
        <w:t>ị</w:t>
      </w:r>
      <w:r>
        <w:t>ch c</w:t>
      </w:r>
      <w:r>
        <w:t>ủ</w:t>
      </w:r>
      <w:r>
        <w:t>a Chương trình tiêm ch</w:t>
      </w:r>
      <w:r>
        <w:t>ủ</w:t>
      </w:r>
      <w:r>
        <w:t>ng m</w:t>
      </w:r>
      <w:r>
        <w:t>ở</w:t>
      </w:r>
      <w:r>
        <w:t xml:space="preserve"> r</w:t>
      </w:r>
      <w:r>
        <w:t>ộ</w:t>
      </w:r>
      <w:r>
        <w:t>ng; chú tr</w:t>
      </w:r>
      <w:r>
        <w:t>ọ</w:t>
      </w:r>
      <w:r>
        <w:t>ng li</w:t>
      </w:r>
      <w:r>
        <w:t>ề</w:t>
      </w:r>
      <w:r>
        <w:t>u sơ sinh trong vòng 24 gi</w:t>
      </w:r>
      <w:r>
        <w:t>ờ</w:t>
      </w:r>
      <w:r>
        <w:t xml:space="preserve"> sau sinh khi không có ch</w:t>
      </w:r>
      <w:r>
        <w:t>ố</w:t>
      </w:r>
      <w:r>
        <w:t>ng ch</w:t>
      </w:r>
      <w:r>
        <w:t>ỉ</w:t>
      </w:r>
      <w:r>
        <w:t xml:space="preserve"> đ</w:t>
      </w:r>
      <w:r>
        <w:t>ị</w:t>
      </w:r>
      <w:r>
        <w:t>nh; tư v</w:t>
      </w:r>
      <w:r>
        <w:t>ấ</w:t>
      </w:r>
      <w:r>
        <w:t>n trư</w:t>
      </w:r>
      <w:r>
        <w:t>ớ</w:t>
      </w:r>
      <w:r>
        <w:t>c sinh đ</w:t>
      </w:r>
      <w:r>
        <w:t>ể</w:t>
      </w:r>
      <w:r>
        <w:t xml:space="preserve"> cha m</w:t>
      </w:r>
      <w:r>
        <w:t>ẹ</w:t>
      </w:r>
      <w:r>
        <w:t xml:space="preserve"> hi</w:t>
      </w:r>
      <w:r>
        <w:t>ể</w:t>
      </w:r>
      <w:r>
        <w:t>u</w:t>
      </w:r>
      <w:r>
        <w:t xml:space="preserve"> l</w:t>
      </w:r>
      <w:r>
        <w:t>ợ</w:t>
      </w:r>
      <w:r>
        <w:t>i ích c</w:t>
      </w:r>
      <w:r>
        <w:t>ủ</w:t>
      </w:r>
      <w:r>
        <w:t>a tiêm v</w:t>
      </w:r>
      <w:r>
        <w:t>ắ</w:t>
      </w:r>
      <w:r>
        <w:t>c xin viêm gan B li</w:t>
      </w:r>
      <w:r>
        <w:t>ề</w:t>
      </w:r>
      <w:r>
        <w:t>u sơ sinh.</w:t>
      </w:r>
    </w:p>
    <w:p w14:paraId="354544C5" w14:textId="77777777" w:rsidR="000C4EC5" w:rsidRDefault="00356C54" w:rsidP="00A00C44">
      <w:pPr>
        <w:spacing w:before="120"/>
        <w:ind w:firstLine="720"/>
        <w:jc w:val="both"/>
      </w:pPr>
      <w:r>
        <w:t>- Tư v</w:t>
      </w:r>
      <w:r>
        <w:t>ấ</w:t>
      </w:r>
      <w:r>
        <w:t>n tiêm phòng b</w:t>
      </w:r>
      <w:r>
        <w:t>ổ</w:t>
      </w:r>
      <w:r>
        <w:t xml:space="preserve"> sung viêm gan B cho tr</w:t>
      </w:r>
      <w:r>
        <w:t>ẻ</w:t>
      </w:r>
      <w:r>
        <w:t xml:space="preserve"> l</w:t>
      </w:r>
      <w:r>
        <w:t>ớ</w:t>
      </w:r>
      <w:r>
        <w:t>n, thanh thi</w:t>
      </w:r>
      <w:r>
        <w:t>ế</w:t>
      </w:r>
      <w:r>
        <w:t>u niên đã b</w:t>
      </w:r>
      <w:r>
        <w:t>ỏ</w:t>
      </w:r>
      <w:r>
        <w:t xml:space="preserve"> l</w:t>
      </w:r>
      <w:r>
        <w:t>ỡ</w:t>
      </w:r>
      <w:r>
        <w:t xml:space="preserve"> mũi tiêm trong th</w:t>
      </w:r>
      <w:r>
        <w:t>ờ</w:t>
      </w:r>
      <w:r>
        <w:t xml:space="preserve">i thơ </w:t>
      </w:r>
      <w:r>
        <w:t>ấ</w:t>
      </w:r>
      <w:r>
        <w:t>u và ngư</w:t>
      </w:r>
      <w:r>
        <w:t>ờ</w:t>
      </w:r>
      <w:r>
        <w:t>i l</w:t>
      </w:r>
      <w:r>
        <w:t>ớ</w:t>
      </w:r>
      <w:r>
        <w:t>n có nguy cơ cao khi có đi</w:t>
      </w:r>
      <w:r>
        <w:t>ề</w:t>
      </w:r>
      <w:r>
        <w:t>u ki</w:t>
      </w:r>
      <w:r>
        <w:t>ệ</w:t>
      </w:r>
      <w:r>
        <w:t>n; chú tr</w:t>
      </w:r>
      <w:r>
        <w:t>ọ</w:t>
      </w:r>
      <w:r>
        <w:t>ng nhóm nhân viên y t</w:t>
      </w:r>
      <w:r>
        <w:t>ế</w:t>
      </w:r>
      <w:r>
        <w:t>, ngư</w:t>
      </w:r>
      <w:r>
        <w:t>ờ</w:t>
      </w:r>
      <w:r>
        <w:t>i có ti</w:t>
      </w:r>
      <w:r>
        <w:t>ề</w:t>
      </w:r>
      <w:r>
        <w:t>n s</w:t>
      </w:r>
      <w:r>
        <w:t>ử</w:t>
      </w:r>
      <w:r>
        <w:t xml:space="preserve"> truy</w:t>
      </w:r>
      <w:r>
        <w:t>ề</w:t>
      </w:r>
      <w:r>
        <w:t>n</w:t>
      </w:r>
      <w:r>
        <w:t xml:space="preserve"> máu, ngư</w:t>
      </w:r>
      <w:r>
        <w:t>ờ</w:t>
      </w:r>
      <w:r>
        <w:t>i tiêm chích ma túy, ngư</w:t>
      </w:r>
      <w:r>
        <w:t>ờ</w:t>
      </w:r>
      <w:r>
        <w:t>i có quan h</w:t>
      </w:r>
      <w:r>
        <w:t>ệ</w:t>
      </w:r>
      <w:r>
        <w:t xml:space="preserve"> tình d</w:t>
      </w:r>
      <w:r>
        <w:t>ụ</w:t>
      </w:r>
      <w:r>
        <w:t>c không an toàn, gia đình có ngư</w:t>
      </w:r>
      <w:r>
        <w:t>ờ</w:t>
      </w:r>
      <w:r>
        <w:t>i nhi</w:t>
      </w:r>
      <w:r>
        <w:t>ễ</w:t>
      </w:r>
      <w:r>
        <w:t>m viêm gan B và các nhóm nguy cơ khác.</w:t>
      </w:r>
    </w:p>
    <w:p w14:paraId="7A853029" w14:textId="77777777" w:rsidR="00417502" w:rsidRDefault="00356C54" w:rsidP="00A00C44">
      <w:pPr>
        <w:spacing w:before="120"/>
        <w:ind w:firstLine="720"/>
        <w:jc w:val="both"/>
      </w:pPr>
      <w:r>
        <w:t>- M</w:t>
      </w:r>
      <w:r>
        <w:t>ở</w:t>
      </w:r>
      <w:r>
        <w:t xml:space="preserve"> r</w:t>
      </w:r>
      <w:r>
        <w:t>ộ</w:t>
      </w:r>
      <w:r>
        <w:t>ng tư v</w:t>
      </w:r>
      <w:r>
        <w:t>ấ</w:t>
      </w:r>
      <w:r>
        <w:t>n xét nghi</w:t>
      </w:r>
      <w:r>
        <w:t>ệ</w:t>
      </w:r>
      <w:r>
        <w:t>m, sàng l</w:t>
      </w:r>
      <w:r>
        <w:t>ọ</w:t>
      </w:r>
      <w:r>
        <w:t>c, qu</w:t>
      </w:r>
      <w:r>
        <w:t>ả</w:t>
      </w:r>
      <w:r>
        <w:t>n lý, chuy</w:t>
      </w:r>
      <w:r>
        <w:t>ể</w:t>
      </w:r>
      <w:r>
        <w:t>n tuy</w:t>
      </w:r>
      <w:r>
        <w:t>ế</w:t>
      </w:r>
      <w:r>
        <w:t>n đi</w:t>
      </w:r>
      <w:r>
        <w:t>ề</w:t>
      </w:r>
      <w:r>
        <w:t>u tr</w:t>
      </w:r>
      <w:r>
        <w:t>ị</w:t>
      </w:r>
      <w:r>
        <w:t xml:space="preserve"> viêm gan vi rút; l</w:t>
      </w:r>
      <w:r>
        <w:t>ồ</w:t>
      </w:r>
      <w:r>
        <w:t>ng ghép ho</w:t>
      </w:r>
      <w:r>
        <w:t>ạ</w:t>
      </w:r>
      <w:r>
        <w:t>t đ</w:t>
      </w:r>
      <w:r>
        <w:t>ộ</w:t>
      </w:r>
      <w:r>
        <w:t>ng phòng, ch</w:t>
      </w:r>
      <w:r>
        <w:t>ố</w:t>
      </w:r>
      <w:r>
        <w:t>ng viê</w:t>
      </w:r>
      <w:r>
        <w:t>m gan vi rút v</w:t>
      </w:r>
      <w:r>
        <w:t>ớ</w:t>
      </w:r>
      <w:r>
        <w:t>i các chương trình HIV, b</w:t>
      </w:r>
      <w:r>
        <w:t>ệ</w:t>
      </w:r>
      <w:r>
        <w:t>nh không lây nhi</w:t>
      </w:r>
      <w:r>
        <w:t>ễ</w:t>
      </w:r>
      <w:r>
        <w:t>m, ki</w:t>
      </w:r>
      <w:r>
        <w:t>ể</w:t>
      </w:r>
      <w:r>
        <w:t xml:space="preserve">m soát ung thư, chăm sóc </w:t>
      </w:r>
      <w:proofErr w:type="spellStart"/>
      <w:r>
        <w:t>s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kh</w:t>
      </w:r>
      <w:r>
        <w:t>ỏ</w:t>
      </w:r>
      <w:r>
        <w:t>e</w:t>
      </w:r>
      <w:proofErr w:type="spellEnd"/>
      <w:r>
        <w:t xml:space="preserve"> </w:t>
      </w:r>
      <w:proofErr w:type="spellStart"/>
      <w:r>
        <w:t>bà</w:t>
      </w:r>
      <w:proofErr w:type="spellEnd"/>
      <w:r>
        <w:t xml:space="preserve"> </w:t>
      </w:r>
      <w:proofErr w:type="spellStart"/>
      <w:r>
        <w:t>m</w:t>
      </w:r>
      <w:r>
        <w:t>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</w:t>
      </w:r>
      <w:r>
        <w:t>ẻ</w:t>
      </w:r>
      <w:proofErr w:type="spellEnd"/>
      <w:r>
        <w:t xml:space="preserve"> </w:t>
      </w:r>
      <w:proofErr w:type="spellStart"/>
      <w:r>
        <w:t>em</w:t>
      </w:r>
      <w:proofErr w:type="spellEnd"/>
      <w:r>
        <w:t>.</w:t>
      </w:r>
    </w:p>
    <w:p w14:paraId="7792DE8B" w14:textId="24D78139" w:rsidR="000C4EC5" w:rsidRDefault="00356C54" w:rsidP="00A00C44">
      <w:pPr>
        <w:spacing w:before="120"/>
        <w:ind w:firstLine="720"/>
        <w:jc w:val="both"/>
      </w:pPr>
      <w:r>
        <w:t xml:space="preserve">- </w:t>
      </w:r>
      <w:proofErr w:type="spellStart"/>
      <w:r>
        <w:t>Hư</w:t>
      </w:r>
      <w:r>
        <w:t>ớ</w:t>
      </w:r>
      <w:r>
        <w:t>ng</w:t>
      </w:r>
      <w:proofErr w:type="spellEnd"/>
      <w:r>
        <w:t xml:space="preserve"> </w:t>
      </w:r>
      <w:proofErr w:type="spellStart"/>
      <w:r>
        <w:t>d</w:t>
      </w:r>
      <w:r>
        <w:t>ẫ</w:t>
      </w:r>
      <w:r>
        <w:t>n</w:t>
      </w:r>
      <w:proofErr w:type="spellEnd"/>
      <w:r>
        <w:t xml:space="preserve"> </w:t>
      </w:r>
      <w:proofErr w:type="spellStart"/>
      <w:r>
        <w:t>x</w:t>
      </w:r>
      <w:r>
        <w:t>ử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d</w:t>
      </w:r>
      <w:r>
        <w:t>ự</w:t>
      </w:r>
      <w:r>
        <w:t xml:space="preserve"> phòng sau phơi nhi</w:t>
      </w:r>
      <w:r>
        <w:t>ễ</w:t>
      </w:r>
      <w:r>
        <w:t>m v</w:t>
      </w:r>
      <w:r>
        <w:t>ớ</w:t>
      </w:r>
      <w:r>
        <w:t>i vi rút viêm gan B càng s</w:t>
      </w:r>
      <w:r>
        <w:t>ớ</w:t>
      </w:r>
      <w:r>
        <w:t>m càng t</w:t>
      </w:r>
      <w:r>
        <w:t>ố</w:t>
      </w:r>
      <w:r>
        <w:t>t theo hư</w:t>
      </w:r>
      <w:r>
        <w:t>ớ</w:t>
      </w:r>
      <w:r>
        <w:t>ng d</w:t>
      </w:r>
      <w:r>
        <w:t>ẫ</w:t>
      </w:r>
      <w:r>
        <w:t>n hi</w:t>
      </w:r>
      <w:r>
        <w:t>ệ</w:t>
      </w:r>
      <w:r>
        <w:t>n hành c</w:t>
      </w:r>
      <w:r>
        <w:t>ủ</w:t>
      </w:r>
      <w:r>
        <w:t>a B</w:t>
      </w:r>
      <w:r>
        <w:t>ộ</w:t>
      </w:r>
      <w:r>
        <w:t xml:space="preserve"> Y t</w:t>
      </w:r>
      <w:r>
        <w:t>ế</w:t>
      </w:r>
      <w:r>
        <w:t>; b</w:t>
      </w:r>
      <w:r>
        <w:t>ả</w:t>
      </w:r>
      <w:r>
        <w:t>o đ</w:t>
      </w:r>
      <w:r>
        <w:t>ả</w:t>
      </w:r>
      <w:r>
        <w:t>m th</w:t>
      </w:r>
      <w:r>
        <w:t>ự</w:t>
      </w:r>
      <w:r>
        <w:t>c hi</w:t>
      </w:r>
      <w:r>
        <w:t>ệ</w:t>
      </w:r>
      <w:r>
        <w:t>n cá</w:t>
      </w:r>
      <w:r>
        <w:t>c bi</w:t>
      </w:r>
      <w:r>
        <w:t>ệ</w:t>
      </w:r>
      <w:r>
        <w:t>n pháp phòng ng</w:t>
      </w:r>
      <w:r>
        <w:t>ừ</w:t>
      </w:r>
      <w:r>
        <w:t>a chu</w:t>
      </w:r>
      <w:r>
        <w:t>ẩ</w:t>
      </w:r>
      <w:r>
        <w:t>n, tiêm an toàn, x</w:t>
      </w:r>
      <w:r>
        <w:t>ử</w:t>
      </w:r>
      <w:r>
        <w:t xml:space="preserve"> lý v</w:t>
      </w:r>
      <w:r>
        <w:t>ậ</w:t>
      </w:r>
      <w:r>
        <w:t>t s</w:t>
      </w:r>
      <w:r>
        <w:t>ắ</w:t>
      </w:r>
      <w:r>
        <w:t>c nh</w:t>
      </w:r>
      <w:r>
        <w:t>ọ</w:t>
      </w:r>
      <w:r>
        <w:t>n, vô khu</w:t>
      </w:r>
      <w:r>
        <w:t>ẩ</w:t>
      </w:r>
      <w:r>
        <w:t>n d</w:t>
      </w:r>
      <w:r>
        <w:t>ụ</w:t>
      </w:r>
      <w:r>
        <w:t>ng c</w:t>
      </w:r>
      <w:r>
        <w:t>ụ</w:t>
      </w:r>
      <w:r>
        <w:t xml:space="preserve"> y t</w:t>
      </w:r>
      <w:r>
        <w:t>ế</w:t>
      </w:r>
      <w:r>
        <w:t xml:space="preserve"> và các quy đ</w:t>
      </w:r>
      <w:r>
        <w:t>ị</w:t>
      </w:r>
      <w:r>
        <w:t>nh v</w:t>
      </w:r>
      <w:r>
        <w:t>ề</w:t>
      </w:r>
      <w:r>
        <w:t xml:space="preserve"> an toàn truy</w:t>
      </w:r>
      <w:r>
        <w:t>ề</w:t>
      </w:r>
      <w:r>
        <w:t>n máu.</w:t>
      </w:r>
    </w:p>
    <w:p w14:paraId="58707215" w14:textId="77777777" w:rsidR="000C4EC5" w:rsidRDefault="00356C54" w:rsidP="00A00C44">
      <w:pPr>
        <w:spacing w:before="120"/>
        <w:ind w:firstLine="720"/>
        <w:jc w:val="both"/>
      </w:pPr>
      <w:r>
        <w:rPr>
          <w:b/>
        </w:rPr>
        <w:t>2. Các cơ quan, đơn v</w:t>
      </w:r>
      <w:r>
        <w:rPr>
          <w:b/>
        </w:rPr>
        <w:t>ị</w:t>
      </w:r>
      <w:r>
        <w:rPr>
          <w:b/>
        </w:rPr>
        <w:t>, trư</w:t>
      </w:r>
      <w:r>
        <w:rPr>
          <w:b/>
        </w:rPr>
        <w:t>ờ</w:t>
      </w:r>
      <w:r>
        <w:rPr>
          <w:b/>
        </w:rPr>
        <w:t>ng h</w:t>
      </w:r>
      <w:r>
        <w:rPr>
          <w:b/>
        </w:rPr>
        <w:t>ọ</w:t>
      </w:r>
      <w:r>
        <w:rPr>
          <w:b/>
        </w:rPr>
        <w:t>c trên đ</w:t>
      </w:r>
      <w:r>
        <w:rPr>
          <w:b/>
        </w:rPr>
        <w:t>ị</w:t>
      </w:r>
      <w:r>
        <w:rPr>
          <w:b/>
        </w:rPr>
        <w:t>a bàn xã</w:t>
      </w:r>
    </w:p>
    <w:p w14:paraId="6CD56592" w14:textId="77777777" w:rsidR="000C4EC5" w:rsidRDefault="00356C54" w:rsidP="00A00C44">
      <w:pPr>
        <w:spacing w:before="120"/>
        <w:ind w:firstLine="720"/>
        <w:jc w:val="both"/>
      </w:pPr>
      <w:r>
        <w:t>- T</w:t>
      </w:r>
      <w:r>
        <w:t>ổ</w:t>
      </w:r>
      <w:r>
        <w:t xml:space="preserve"> ch</w:t>
      </w:r>
      <w:r>
        <w:t>ứ</w:t>
      </w:r>
      <w:r>
        <w:t>c tuyên truy</w:t>
      </w:r>
      <w:r>
        <w:t>ề</w:t>
      </w:r>
      <w:r>
        <w:t>n đ</w:t>
      </w:r>
      <w:r>
        <w:t>ế</w:t>
      </w:r>
      <w:r>
        <w:t>n cán b</w:t>
      </w:r>
      <w:r>
        <w:t>ộ</w:t>
      </w:r>
      <w:r>
        <w:t>, công ch</w:t>
      </w:r>
      <w:r>
        <w:t>ứ</w:t>
      </w:r>
      <w:r>
        <w:t>c, viên ch</w:t>
      </w:r>
      <w:r>
        <w:t>ứ</w:t>
      </w:r>
      <w:r>
        <w:t>c, ngư</w:t>
      </w:r>
      <w:r>
        <w:t>ờ</w:t>
      </w:r>
      <w:r>
        <w:t>i lao đ</w:t>
      </w:r>
      <w:r>
        <w:t>ộ</w:t>
      </w:r>
      <w:r>
        <w:t>ng, h</w:t>
      </w:r>
      <w:r>
        <w:t>ọ</w:t>
      </w:r>
      <w:r>
        <w:t>c sin</w:t>
      </w:r>
      <w:r>
        <w:t>h và Nhân dân v</w:t>
      </w:r>
      <w:r>
        <w:t>ề</w:t>
      </w:r>
      <w:r>
        <w:t xml:space="preserve"> nguyên nhân, đư</w:t>
      </w:r>
      <w:r>
        <w:t>ờ</w:t>
      </w:r>
      <w:r>
        <w:t>ng lây truy</w:t>
      </w:r>
      <w:r>
        <w:t>ề</w:t>
      </w:r>
      <w:r>
        <w:t>n, d</w:t>
      </w:r>
      <w:r>
        <w:t>ấ</w:t>
      </w:r>
      <w:r>
        <w:t>u hi</w:t>
      </w:r>
      <w:r>
        <w:t>ệ</w:t>
      </w:r>
      <w:r>
        <w:t>u c</w:t>
      </w:r>
      <w:r>
        <w:t>ầ</w:t>
      </w:r>
      <w:r>
        <w:t>n đi khám, l</w:t>
      </w:r>
      <w:r>
        <w:t>ợ</w:t>
      </w:r>
      <w:r>
        <w:t>i ích c</w:t>
      </w:r>
      <w:r>
        <w:t>ủ</w:t>
      </w:r>
      <w:r>
        <w:t>a xét nghi</w:t>
      </w:r>
      <w:r>
        <w:t>ệ</w:t>
      </w:r>
      <w:r>
        <w:t>m s</w:t>
      </w:r>
      <w:r>
        <w:t>ớ</w:t>
      </w:r>
      <w:r>
        <w:t>m, đi</w:t>
      </w:r>
      <w:r>
        <w:t>ề</w:t>
      </w:r>
      <w:r>
        <w:t>u tr</w:t>
      </w:r>
      <w:r>
        <w:t>ị</w:t>
      </w:r>
      <w:r>
        <w:t xml:space="preserve"> s</w:t>
      </w:r>
      <w:r>
        <w:t>ớ</w:t>
      </w:r>
      <w:r>
        <w:t>m và tiêm v</w:t>
      </w:r>
      <w:r>
        <w:t>ắ</w:t>
      </w:r>
      <w:r>
        <w:t>c xin phòng b</w:t>
      </w:r>
      <w:r>
        <w:t>ệ</w:t>
      </w:r>
      <w:r>
        <w:t>nh viêm gan B.</w:t>
      </w:r>
    </w:p>
    <w:p w14:paraId="51A678FD" w14:textId="77777777" w:rsidR="000C4EC5" w:rsidRDefault="00356C54" w:rsidP="00A00C44">
      <w:pPr>
        <w:spacing w:before="120"/>
        <w:ind w:firstLine="720"/>
        <w:jc w:val="both"/>
      </w:pPr>
      <w:r>
        <w:t>- L</w:t>
      </w:r>
      <w:r>
        <w:t>ồ</w:t>
      </w:r>
      <w:r>
        <w:t>ng ghép tuyên truy</w:t>
      </w:r>
      <w:r>
        <w:t>ề</w:t>
      </w:r>
      <w:r>
        <w:t>n v</w:t>
      </w:r>
      <w:r>
        <w:t>ề</w:t>
      </w:r>
      <w:r>
        <w:t xml:space="preserve"> phòng, ch</w:t>
      </w:r>
      <w:r>
        <w:t>ố</w:t>
      </w:r>
      <w:r>
        <w:t>ng viêm gan vi rút trong các cu</w:t>
      </w:r>
      <w:r>
        <w:t>ộ</w:t>
      </w:r>
      <w:r>
        <w:t>c h</w:t>
      </w:r>
      <w:r>
        <w:t>ọ</w:t>
      </w:r>
      <w:r>
        <w:t>p, sinh ho</w:t>
      </w:r>
      <w:r>
        <w:t>ạ</w:t>
      </w:r>
      <w:r>
        <w:t>t chuyên môn, sinh ho</w:t>
      </w:r>
      <w:r>
        <w:t>ạ</w:t>
      </w:r>
      <w:r>
        <w:t>t dư</w:t>
      </w:r>
      <w:r>
        <w:t>ớ</w:t>
      </w:r>
      <w:r>
        <w:t>i c</w:t>
      </w:r>
      <w:r>
        <w:t>ờ</w:t>
      </w:r>
      <w:r>
        <w:t>, ho</w:t>
      </w:r>
      <w:r>
        <w:t>ạ</w:t>
      </w:r>
      <w:r>
        <w:t>t đ</w:t>
      </w:r>
      <w:r>
        <w:t>ộ</w:t>
      </w:r>
      <w:r>
        <w:t>ng ngo</w:t>
      </w:r>
      <w:r>
        <w:t>ạ</w:t>
      </w:r>
      <w:r>
        <w:t>i khóa, truy</w:t>
      </w:r>
      <w:r>
        <w:t>ề</w:t>
      </w:r>
      <w:r>
        <w:t>n thông n</w:t>
      </w:r>
      <w:r>
        <w:t>ộ</w:t>
      </w:r>
      <w:r>
        <w:t>i b</w:t>
      </w:r>
      <w:r>
        <w:t>ộ</w:t>
      </w:r>
      <w:r>
        <w:t>; v</w:t>
      </w:r>
      <w:r>
        <w:t>ậ</w:t>
      </w:r>
      <w:r>
        <w:t>n đ</w:t>
      </w:r>
      <w:r>
        <w:t>ộ</w:t>
      </w:r>
      <w:r>
        <w:t>ng ngư</w:t>
      </w:r>
      <w:r>
        <w:t>ờ</w:t>
      </w:r>
      <w:r>
        <w:t>i dân không k</w:t>
      </w:r>
      <w:r>
        <w:t>ỳ</w:t>
      </w:r>
      <w:r>
        <w:t xml:space="preserve"> th</w:t>
      </w:r>
      <w:r>
        <w:t>ị</w:t>
      </w:r>
      <w:r>
        <w:t>, phân bi</w:t>
      </w:r>
      <w:r>
        <w:t>ệ</w:t>
      </w:r>
      <w:r>
        <w:t>t đ</w:t>
      </w:r>
      <w:r>
        <w:t>ố</w:t>
      </w:r>
      <w:r>
        <w:t>i x</w:t>
      </w:r>
      <w:r>
        <w:t>ử</w:t>
      </w:r>
      <w:r>
        <w:t xml:space="preserve">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nhi</w:t>
      </w:r>
      <w:r>
        <w:t>ễ</w:t>
      </w:r>
      <w:r>
        <w:t>m viêm gan B, C.</w:t>
      </w:r>
    </w:p>
    <w:p w14:paraId="7A7C71ED" w14:textId="77777777" w:rsidR="000C4EC5" w:rsidRDefault="00356C54" w:rsidP="00A00C44">
      <w:pPr>
        <w:spacing w:before="120"/>
        <w:ind w:firstLine="720"/>
        <w:jc w:val="both"/>
      </w:pPr>
      <w:r>
        <w:t>-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Tr</w:t>
      </w:r>
      <w:r>
        <w:t>ạ</w:t>
      </w:r>
      <w:r>
        <w:t>m Y t</w:t>
      </w:r>
      <w:r>
        <w:t>ế</w:t>
      </w:r>
      <w:r>
        <w:t xml:space="preserve"> xã trong vi</w:t>
      </w:r>
      <w:r>
        <w:t>ệ</w:t>
      </w:r>
      <w:r>
        <w:t>c truy</w:t>
      </w:r>
      <w:r>
        <w:t>ề</w:t>
      </w:r>
      <w:r>
        <w:t>n thông, tư v</w:t>
      </w:r>
      <w:r>
        <w:t>ấ</w:t>
      </w:r>
      <w:r>
        <w:t>n, hư</w:t>
      </w:r>
      <w:r>
        <w:t>ớ</w:t>
      </w:r>
      <w:r>
        <w:t>ng d</w:t>
      </w:r>
      <w:r>
        <w:t>ẫ</w:t>
      </w:r>
      <w:r>
        <w:t>n ngư</w:t>
      </w:r>
      <w:r>
        <w:t>ờ</w:t>
      </w:r>
      <w:r>
        <w:t>i dân ti</w:t>
      </w:r>
      <w:r>
        <w:t>ế</w:t>
      </w:r>
      <w:r>
        <w:t>p c</w:t>
      </w:r>
      <w:r>
        <w:t>ậ</w:t>
      </w:r>
      <w:r>
        <w:t>n d</w:t>
      </w:r>
      <w:r>
        <w:t>ị</w:t>
      </w:r>
      <w:r>
        <w:t>ch v</w:t>
      </w:r>
      <w:r>
        <w:t>ụ</w:t>
      </w:r>
      <w:r>
        <w:t xml:space="preserve"> y t</w:t>
      </w:r>
      <w:r>
        <w:t>ế</w:t>
      </w:r>
      <w:r>
        <w:t>, b</w:t>
      </w:r>
      <w:r>
        <w:t>ả</w:t>
      </w:r>
      <w:r>
        <w:t>o hi</w:t>
      </w:r>
      <w:r>
        <w:t>ể</w:t>
      </w:r>
      <w:r>
        <w:t>m y t</w:t>
      </w:r>
      <w:r>
        <w:t>ế</w:t>
      </w:r>
      <w:r>
        <w:t>, xét nghi</w:t>
      </w:r>
      <w:r>
        <w:t>ệ</w:t>
      </w:r>
      <w:r>
        <w:t>m, tiêm ch</w:t>
      </w:r>
      <w:r>
        <w:t>ủ</w:t>
      </w:r>
      <w:r>
        <w:t>ng và đi</w:t>
      </w:r>
      <w:r>
        <w:t>ề</w:t>
      </w:r>
      <w:r>
        <w:t>u tr</w:t>
      </w:r>
      <w:r>
        <w:t>ị</w:t>
      </w:r>
      <w:r>
        <w:t xml:space="preserve"> theo đúng quy đ</w:t>
      </w:r>
      <w:r>
        <w:t>ị</w:t>
      </w:r>
      <w:r>
        <w:t>nh.</w:t>
      </w:r>
    </w:p>
    <w:p w14:paraId="132B8025" w14:textId="306AA608" w:rsidR="000C4EC5" w:rsidRDefault="00356C54" w:rsidP="00A00C44">
      <w:pPr>
        <w:spacing w:before="120"/>
        <w:ind w:firstLine="720"/>
        <w:jc w:val="both"/>
      </w:pPr>
      <w:r>
        <w:rPr>
          <w:b/>
        </w:rPr>
        <w:t>3. Đ</w:t>
      </w:r>
      <w:r>
        <w:rPr>
          <w:b/>
        </w:rPr>
        <w:t>ề</w:t>
      </w:r>
      <w:r>
        <w:rPr>
          <w:b/>
        </w:rPr>
        <w:t xml:space="preserve"> ngh</w:t>
      </w:r>
      <w:r>
        <w:rPr>
          <w:b/>
        </w:rPr>
        <w:t>ị</w:t>
      </w:r>
      <w:r>
        <w:rPr>
          <w:b/>
        </w:rPr>
        <w:t xml:space="preserve"> </w:t>
      </w:r>
      <w:r>
        <w:rPr>
          <w:b/>
        </w:rPr>
        <w:t>Ủ</w:t>
      </w:r>
      <w:r>
        <w:rPr>
          <w:b/>
        </w:rPr>
        <w:t>y ban M</w:t>
      </w:r>
      <w:r>
        <w:rPr>
          <w:b/>
        </w:rPr>
        <w:t>ặ</w:t>
      </w:r>
      <w:r>
        <w:rPr>
          <w:b/>
        </w:rPr>
        <w:t>t tr</w:t>
      </w:r>
      <w:r>
        <w:rPr>
          <w:b/>
        </w:rPr>
        <w:t>ậ</w:t>
      </w:r>
      <w:r>
        <w:rPr>
          <w:b/>
        </w:rPr>
        <w:t>n T</w:t>
      </w:r>
      <w:r>
        <w:rPr>
          <w:b/>
        </w:rPr>
        <w:t>ổ</w:t>
      </w:r>
      <w:r>
        <w:rPr>
          <w:b/>
        </w:rPr>
        <w:t xml:space="preserve"> qu</w:t>
      </w:r>
      <w:r>
        <w:rPr>
          <w:b/>
        </w:rPr>
        <w:t>ố</w:t>
      </w:r>
      <w:r>
        <w:rPr>
          <w:b/>
        </w:rPr>
        <w:t>c Vi</w:t>
      </w:r>
      <w:r>
        <w:rPr>
          <w:b/>
        </w:rPr>
        <w:t>ệ</w:t>
      </w:r>
      <w:r>
        <w:rPr>
          <w:b/>
        </w:rPr>
        <w:t xml:space="preserve">t Nam </w:t>
      </w:r>
      <w:proofErr w:type="spellStart"/>
      <w:r>
        <w:rPr>
          <w:b/>
        </w:rPr>
        <w:t>xã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</w:t>
      </w:r>
      <w:r>
        <w:rPr>
          <w:b/>
        </w:rPr>
        <w:t>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</w:t>
      </w:r>
      <w:r>
        <w:rPr>
          <w:b/>
        </w:rPr>
        <w:t>ứ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 w:rsidR="00417502">
        <w:rPr>
          <w:b/>
        </w:rPr>
        <w:t>thành</w:t>
      </w:r>
      <w:proofErr w:type="spellEnd"/>
      <w:r w:rsidR="00417502">
        <w:rPr>
          <w:b/>
        </w:rPr>
        <w:t xml:space="preserve"> </w:t>
      </w:r>
      <w:proofErr w:type="spellStart"/>
      <w:r w:rsidR="00417502">
        <w:rPr>
          <w:b/>
        </w:rPr>
        <w:t>viên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xã</w:t>
      </w:r>
      <w:proofErr w:type="spellEnd"/>
    </w:p>
    <w:p w14:paraId="06DFC66A" w14:textId="77777777" w:rsidR="000C4EC5" w:rsidRDefault="00356C54" w:rsidP="00A00C44">
      <w:pPr>
        <w:spacing w:before="120"/>
        <w:ind w:firstLine="720"/>
        <w:jc w:val="both"/>
      </w:pPr>
      <w:r>
        <w:t>- Ph</w:t>
      </w:r>
      <w:r>
        <w:t>ố</w:t>
      </w:r>
      <w:r>
        <w:t>i h</w:t>
      </w:r>
      <w:r>
        <w:t>ợ</w:t>
      </w:r>
      <w:r>
        <w:t>p tuyên truy</w:t>
      </w:r>
      <w:r>
        <w:t>ề</w:t>
      </w:r>
      <w:r>
        <w:t>n, v</w:t>
      </w:r>
      <w:r>
        <w:t>ậ</w:t>
      </w:r>
      <w:r>
        <w:t>n đ</w:t>
      </w:r>
      <w:r>
        <w:t>ộ</w:t>
      </w:r>
      <w:r>
        <w:t>ng đoàn viên, h</w:t>
      </w:r>
      <w:r>
        <w:t>ộ</w:t>
      </w:r>
      <w:r>
        <w:t>i viên và Nhân dân tích c</w:t>
      </w:r>
      <w:r>
        <w:t>ự</w:t>
      </w:r>
      <w:r>
        <w:t>c tham gia các ho</w:t>
      </w:r>
      <w:r>
        <w:t>ạ</w:t>
      </w:r>
      <w:r>
        <w:t>t đ</w:t>
      </w:r>
      <w:r>
        <w:t>ộ</w:t>
      </w:r>
      <w:r>
        <w:t>ng hư</w:t>
      </w:r>
      <w:r>
        <w:t>ở</w:t>
      </w:r>
      <w:r>
        <w:t xml:space="preserve">ng </w:t>
      </w:r>
      <w:r>
        <w:t>ứ</w:t>
      </w:r>
      <w:r>
        <w:t>ng Ngày Th</w:t>
      </w:r>
      <w:r>
        <w:t>ế</w:t>
      </w:r>
      <w:r>
        <w:t xml:space="preserve"> gi</w:t>
      </w:r>
      <w:r>
        <w:t>ớ</w:t>
      </w:r>
      <w:r>
        <w:t xml:space="preserve">i </w:t>
      </w:r>
      <w:r>
        <w:t>phòng, ch</w:t>
      </w:r>
      <w:r>
        <w:t>ố</w:t>
      </w:r>
      <w:r>
        <w:t>ng viêm gan vi rút (28/7); v</w:t>
      </w:r>
      <w:r>
        <w:t>ậ</w:t>
      </w:r>
      <w:r>
        <w:t>n đ</w:t>
      </w:r>
      <w:r>
        <w:t>ộ</w:t>
      </w:r>
      <w:r>
        <w:t>ng ph</w:t>
      </w:r>
      <w:r>
        <w:t>ụ</w:t>
      </w:r>
      <w:r>
        <w:t xml:space="preserve"> n</w:t>
      </w:r>
      <w:r>
        <w:t>ữ</w:t>
      </w:r>
      <w:r>
        <w:t xml:space="preserve"> mang thai, cha m</w:t>
      </w:r>
      <w:r>
        <w:t>ẹ</w:t>
      </w:r>
      <w:r>
        <w:t>, ngư</w:t>
      </w:r>
      <w:r>
        <w:t>ờ</w:t>
      </w:r>
      <w:r>
        <w:t>i chăm sóc tr</w:t>
      </w:r>
      <w:r>
        <w:t>ẻ</w:t>
      </w:r>
      <w:r>
        <w:t xml:space="preserve"> th</w:t>
      </w:r>
      <w:r>
        <w:t>ự</w:t>
      </w:r>
      <w:r>
        <w:t>c hi</w:t>
      </w:r>
      <w:r>
        <w:t>ệ</w:t>
      </w:r>
      <w:r>
        <w:t>n tiêm ch</w:t>
      </w:r>
      <w:r>
        <w:t>ủ</w:t>
      </w:r>
      <w:r>
        <w:t>ng đ</w:t>
      </w:r>
      <w:r>
        <w:t>ầ</w:t>
      </w:r>
      <w:r>
        <w:t>y đ</w:t>
      </w:r>
      <w:r>
        <w:t>ủ</w:t>
      </w:r>
      <w:r>
        <w:t xml:space="preserve"> cho tr</w:t>
      </w:r>
      <w:r>
        <w:t>ẻ</w:t>
      </w:r>
      <w:r>
        <w:t xml:space="preserve"> theo l</w:t>
      </w:r>
      <w:r>
        <w:t>ị</w:t>
      </w:r>
      <w:r>
        <w:t>ch.</w:t>
      </w:r>
    </w:p>
    <w:p w14:paraId="51CB821C" w14:textId="77777777" w:rsidR="000C4EC5" w:rsidRDefault="00356C54" w:rsidP="00A00C44">
      <w:pPr>
        <w:spacing w:before="120"/>
        <w:ind w:firstLine="720"/>
        <w:jc w:val="both"/>
      </w:pPr>
      <w:r>
        <w:t>- Tuyên truy</w:t>
      </w:r>
      <w:r>
        <w:t>ề</w:t>
      </w:r>
      <w:r>
        <w:t>n nâng cao nh</w:t>
      </w:r>
      <w:r>
        <w:t>ậ</w:t>
      </w:r>
      <w:r>
        <w:t>n th</w:t>
      </w:r>
      <w:r>
        <w:t>ứ</w:t>
      </w:r>
      <w:r>
        <w:t>c v</w:t>
      </w:r>
      <w:r>
        <w:t>ề</w:t>
      </w:r>
      <w:r>
        <w:t xml:space="preserve"> m</w:t>
      </w:r>
      <w:r>
        <w:t>ố</w:t>
      </w:r>
      <w:r>
        <w:t>i liên h</w:t>
      </w:r>
      <w:r>
        <w:t>ệ</w:t>
      </w:r>
      <w:r>
        <w:t xml:space="preserve"> gi</w:t>
      </w:r>
      <w:r>
        <w:t>ữ</w:t>
      </w:r>
      <w:r>
        <w:t>a viêm gan vi rút và ung thư gan; v</w:t>
      </w:r>
      <w:r>
        <w:t>ậ</w:t>
      </w:r>
      <w:r>
        <w:t>n đ</w:t>
      </w:r>
      <w:r>
        <w:t>ộ</w:t>
      </w:r>
      <w:r>
        <w:t>ng ngư</w:t>
      </w:r>
      <w:r>
        <w:t>ờ</w:t>
      </w:r>
      <w:r>
        <w:t>i có nguy cơ cao ch</w:t>
      </w:r>
      <w:r>
        <w:t>ủ</w:t>
      </w:r>
      <w:r>
        <w:t xml:space="preserve"> đ</w:t>
      </w:r>
      <w:r>
        <w:t>ộ</w:t>
      </w:r>
      <w:r>
        <w:t>ng tư v</w:t>
      </w:r>
      <w:r>
        <w:t>ấ</w:t>
      </w:r>
      <w:r>
        <w:t>n, xét nghi</w:t>
      </w:r>
      <w:r>
        <w:t>ệ</w:t>
      </w:r>
      <w:r>
        <w:t>m, tiêm phòng, đi</w:t>
      </w:r>
      <w:r>
        <w:t>ề</w:t>
      </w:r>
      <w:r>
        <w:t>u tr</w:t>
      </w:r>
      <w:r>
        <w:t>ị</w:t>
      </w:r>
      <w:r>
        <w:t xml:space="preserve"> và tuân th</w:t>
      </w:r>
      <w:r>
        <w:t>ủ</w:t>
      </w:r>
      <w:r>
        <w:t xml:space="preserve"> hư</w:t>
      </w:r>
      <w:r>
        <w:t>ớ</w:t>
      </w:r>
      <w:r>
        <w:t>ng d</w:t>
      </w:r>
      <w:r>
        <w:t>ẫ</w:t>
      </w:r>
      <w:r>
        <w:t>n c</w:t>
      </w:r>
      <w:r>
        <w:t>ủ</w:t>
      </w:r>
      <w:r>
        <w:t>a cơ s</w:t>
      </w:r>
      <w:r>
        <w:t>ở</w:t>
      </w:r>
      <w:r>
        <w:t xml:space="preserve"> y t</w:t>
      </w:r>
      <w:r>
        <w:t>ế</w:t>
      </w:r>
      <w:r>
        <w:t>.</w:t>
      </w:r>
    </w:p>
    <w:p w14:paraId="074B4F75" w14:textId="77777777" w:rsidR="000C4EC5" w:rsidRDefault="00356C54" w:rsidP="00A00C44">
      <w:pPr>
        <w:spacing w:before="120"/>
        <w:ind w:firstLine="720"/>
        <w:jc w:val="both"/>
      </w:pPr>
      <w:r>
        <w:rPr>
          <w:b/>
        </w:rPr>
        <w:t>4. Các thôn trên đ</w:t>
      </w:r>
      <w:r>
        <w:rPr>
          <w:b/>
        </w:rPr>
        <w:t>ị</w:t>
      </w:r>
      <w:r>
        <w:rPr>
          <w:b/>
        </w:rPr>
        <w:t>a bàn xã</w:t>
      </w:r>
    </w:p>
    <w:p w14:paraId="6F33E277" w14:textId="77777777" w:rsidR="000C4EC5" w:rsidRDefault="00356C54" w:rsidP="00A00C44">
      <w:pPr>
        <w:spacing w:before="120"/>
        <w:ind w:firstLine="720"/>
        <w:jc w:val="both"/>
      </w:pPr>
      <w:r>
        <w:lastRenderedPageBreak/>
        <w:t>- Tăng cư</w:t>
      </w:r>
      <w:r>
        <w:t>ờ</w:t>
      </w:r>
      <w:r>
        <w:t>ng tuyên truy</w:t>
      </w:r>
      <w:r>
        <w:t>ề</w:t>
      </w:r>
      <w:r>
        <w:t>n trên h</w:t>
      </w:r>
      <w:r>
        <w:t>ệ</w:t>
      </w:r>
      <w:r>
        <w:t xml:space="preserve"> th</w:t>
      </w:r>
      <w:r>
        <w:t>ố</w:t>
      </w:r>
      <w:r>
        <w:t>ng loa truy</w:t>
      </w:r>
      <w:r>
        <w:t>ề</w:t>
      </w:r>
      <w:r>
        <w:t>n thanh, các nhóm thông tin c</w:t>
      </w:r>
      <w:r>
        <w:t>ộ</w:t>
      </w:r>
      <w:r>
        <w:t>ng đ</w:t>
      </w:r>
      <w:r>
        <w:t>ồ</w:t>
      </w:r>
      <w:r>
        <w:t>ng, các bu</w:t>
      </w:r>
      <w:r>
        <w:t>ổ</w:t>
      </w:r>
      <w:r>
        <w:t>i h</w:t>
      </w:r>
      <w:r>
        <w:t>ọ</w:t>
      </w:r>
      <w:r>
        <w:t>p thôn v</w:t>
      </w:r>
      <w:r>
        <w:t>ề</w:t>
      </w:r>
      <w:r>
        <w:t xml:space="preserve"> phòng, ch</w:t>
      </w:r>
      <w:r>
        <w:t>ố</w:t>
      </w:r>
      <w:r>
        <w:t>ng b</w:t>
      </w:r>
      <w:r>
        <w:t>ệ</w:t>
      </w:r>
      <w:r>
        <w:t>nh viêm gan vi rút</w:t>
      </w:r>
      <w:r>
        <w:t xml:space="preserve"> và hư</w:t>
      </w:r>
      <w:r>
        <w:t>ở</w:t>
      </w:r>
      <w:r>
        <w:t xml:space="preserve">ng </w:t>
      </w:r>
      <w:r>
        <w:t>ứ</w:t>
      </w:r>
      <w:r>
        <w:t>ng Ngày Th</w:t>
      </w:r>
      <w:r>
        <w:t>ế</w:t>
      </w:r>
      <w:r>
        <w:t xml:space="preserve"> gi</w:t>
      </w:r>
      <w:r>
        <w:t>ớ</w:t>
      </w:r>
      <w:r>
        <w:t>i phòng, ch</w:t>
      </w:r>
      <w:r>
        <w:t>ố</w:t>
      </w:r>
      <w:r>
        <w:t>ng viêm gan vi rút (28/7).</w:t>
      </w:r>
    </w:p>
    <w:p w14:paraId="3483DA74" w14:textId="77777777" w:rsidR="000C4EC5" w:rsidRDefault="00356C54" w:rsidP="00A00C44">
      <w:pPr>
        <w:spacing w:before="120"/>
        <w:ind w:firstLine="720"/>
        <w:jc w:val="both"/>
      </w:pPr>
      <w:r>
        <w:t>- Ph</w:t>
      </w:r>
      <w:r>
        <w:t>ố</w:t>
      </w:r>
      <w:r>
        <w:t>i h</w:t>
      </w:r>
      <w:r>
        <w:t>ợ</w:t>
      </w:r>
      <w:r>
        <w:t>p rà soát, v</w:t>
      </w:r>
      <w:r>
        <w:t>ậ</w:t>
      </w:r>
      <w:r>
        <w:t>n đ</w:t>
      </w:r>
      <w:r>
        <w:t>ộ</w:t>
      </w:r>
      <w:r>
        <w:t>ng các h</w:t>
      </w:r>
      <w:r>
        <w:t>ộ</w:t>
      </w:r>
      <w:r>
        <w:t xml:space="preserve"> gia đình có tr</w:t>
      </w:r>
      <w:r>
        <w:t>ẻ</w:t>
      </w:r>
      <w:r>
        <w:t xml:space="preserve"> em trong đ</w:t>
      </w:r>
      <w:r>
        <w:t>ộ</w:t>
      </w:r>
      <w:r>
        <w:t xml:space="preserve"> tu</w:t>
      </w:r>
      <w:r>
        <w:t>ổ</w:t>
      </w:r>
      <w:r>
        <w:t>i tiêm ch</w:t>
      </w:r>
      <w:r>
        <w:t>ủ</w:t>
      </w:r>
      <w:r>
        <w:t>ng, ph</w:t>
      </w:r>
      <w:r>
        <w:t>ụ</w:t>
      </w:r>
      <w:r>
        <w:t xml:space="preserve"> n</w:t>
      </w:r>
      <w:r>
        <w:t>ữ</w:t>
      </w:r>
      <w:r>
        <w:t xml:space="preserve"> mang thai, ngư</w:t>
      </w:r>
      <w:r>
        <w:t>ờ</w:t>
      </w:r>
      <w:r>
        <w:t>i có nguy cơ cao đ</w:t>
      </w:r>
      <w:r>
        <w:t>ế</w:t>
      </w:r>
      <w:r>
        <w:t>n Tr</w:t>
      </w:r>
      <w:r>
        <w:t>ạ</w:t>
      </w:r>
      <w:r>
        <w:t>m Y t</w:t>
      </w:r>
      <w:r>
        <w:t>ế</w:t>
      </w:r>
      <w:r>
        <w:t xml:space="preserve"> xã ho</w:t>
      </w:r>
      <w:r>
        <w:t>ặ</w:t>
      </w:r>
      <w:r>
        <w:t>c cơ s</w:t>
      </w:r>
      <w:r>
        <w:t>ở</w:t>
      </w:r>
      <w:r>
        <w:t xml:space="preserve"> y t</w:t>
      </w:r>
      <w:r>
        <w:t>ế</w:t>
      </w:r>
      <w:r>
        <w:t xml:space="preserve"> đ</w:t>
      </w:r>
      <w:r>
        <w:t>ể</w:t>
      </w:r>
      <w:r>
        <w:t xml:space="preserve"> đư</w:t>
      </w:r>
      <w:r>
        <w:t>ợ</w:t>
      </w:r>
      <w:r>
        <w:t>c tư v</w:t>
      </w:r>
      <w:r>
        <w:t>ấ</w:t>
      </w:r>
      <w:r>
        <w:t>n, tiêm ch</w:t>
      </w:r>
      <w:r>
        <w:t>ủ</w:t>
      </w:r>
      <w:r>
        <w:t>ng, xét nghi</w:t>
      </w:r>
      <w:r>
        <w:t>ệ</w:t>
      </w:r>
      <w:r>
        <w:t>m</w:t>
      </w:r>
      <w:r>
        <w:t>, đi</w:t>
      </w:r>
      <w:r>
        <w:t>ề</w:t>
      </w:r>
      <w:r>
        <w:t>u tr</w:t>
      </w:r>
      <w:r>
        <w:t>ị</w:t>
      </w:r>
      <w:r>
        <w:t xml:space="preserve"> theo hư</w:t>
      </w:r>
      <w:r>
        <w:t>ớ</w:t>
      </w:r>
      <w:r>
        <w:t>ng d</w:t>
      </w:r>
      <w:r>
        <w:t>ẫ</w:t>
      </w:r>
      <w:r>
        <w:t>n.</w:t>
      </w:r>
    </w:p>
    <w:p w14:paraId="41606B48" w14:textId="02F0AAF4" w:rsidR="000C4EC5" w:rsidRDefault="00356C54" w:rsidP="00A00C44">
      <w:pPr>
        <w:spacing w:before="120"/>
        <w:ind w:firstLine="720"/>
        <w:jc w:val="both"/>
      </w:pPr>
      <w:r>
        <w:t>- K</w:t>
      </w:r>
      <w:r>
        <w:t>ị</w:t>
      </w:r>
      <w:r>
        <w:t>p th</w:t>
      </w:r>
      <w:r>
        <w:t>ờ</w:t>
      </w:r>
      <w:r>
        <w:t>i ph</w:t>
      </w:r>
      <w:r>
        <w:t>ả</w:t>
      </w:r>
      <w:r>
        <w:t>n ánh khó khăn, vư</w:t>
      </w:r>
      <w:r>
        <w:t>ớ</w:t>
      </w:r>
      <w:r>
        <w:t>ng m</w:t>
      </w:r>
      <w:r>
        <w:t>ắ</w:t>
      </w:r>
      <w:r>
        <w:t>c trong quá trình tri</w:t>
      </w:r>
      <w:r>
        <w:t>ể</w:t>
      </w:r>
      <w:r>
        <w:t>n khai v</w:t>
      </w:r>
      <w:r>
        <w:t>ề</w:t>
      </w:r>
      <w:r>
        <w:t xml:space="preserve"> </w:t>
      </w:r>
      <w:r>
        <w:t>Ủ</w:t>
      </w:r>
      <w:r>
        <w:t xml:space="preserve">y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 w:rsidR="00D05338">
        <w:t>p</w:t>
      </w:r>
      <w:r>
        <w:t>hòng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và Tr</w:t>
      </w:r>
      <w:r>
        <w:t>ạ</w:t>
      </w:r>
      <w:r>
        <w:t>m Y t</w:t>
      </w:r>
      <w:r>
        <w:t>ế</w:t>
      </w:r>
      <w:r>
        <w:t xml:space="preserve"> xã đ</w:t>
      </w:r>
      <w:r>
        <w:t>ể</w:t>
      </w:r>
      <w:r>
        <w:t xml:space="preserve"> t</w:t>
      </w:r>
      <w:r>
        <w:t>ổ</w:t>
      </w:r>
      <w:r>
        <w:t>ng h</w:t>
      </w:r>
      <w:r>
        <w:t>ợ</w:t>
      </w:r>
      <w:r>
        <w:t>p, hư</w:t>
      </w:r>
      <w:r>
        <w:t>ớ</w:t>
      </w:r>
      <w:r>
        <w:t>ng d</w:t>
      </w:r>
      <w:r>
        <w:t>ẫ</w:t>
      </w:r>
      <w:r>
        <w:t>n.</w:t>
      </w:r>
    </w:p>
    <w:p w14:paraId="2B008C83" w14:textId="77777777" w:rsidR="000C4EC5" w:rsidRDefault="00356C54" w:rsidP="00A00C44">
      <w:pPr>
        <w:spacing w:before="120"/>
        <w:ind w:firstLine="720"/>
        <w:jc w:val="both"/>
      </w:pPr>
      <w:r>
        <w:rPr>
          <w:b/>
        </w:rPr>
        <w:t>5. Công tác thông tin, báo cáo</w:t>
      </w:r>
    </w:p>
    <w:p w14:paraId="4F1B51E2" w14:textId="1BB21F2A" w:rsidR="000C4EC5" w:rsidRDefault="00356C54" w:rsidP="00A00C44">
      <w:pPr>
        <w:spacing w:before="120"/>
        <w:ind w:firstLine="720"/>
        <w:jc w:val="both"/>
      </w:pPr>
      <w:r>
        <w:t>Các cơ quan, đơn v</w:t>
      </w:r>
      <w:r>
        <w:t>ị</w:t>
      </w:r>
      <w:r>
        <w:t>, Tr</w:t>
      </w:r>
      <w:r>
        <w:t>ạ</w:t>
      </w:r>
      <w:r>
        <w:t>m Y t</w:t>
      </w:r>
      <w:r>
        <w:t>ế</w:t>
      </w:r>
      <w:r>
        <w:t xml:space="preserve"> xã, các thôn căn c</w:t>
      </w:r>
      <w:r>
        <w:t>ứ</w:t>
      </w:r>
      <w:r>
        <w:t xml:space="preserve"> ch</w:t>
      </w:r>
      <w:r>
        <w:t>ứ</w:t>
      </w:r>
      <w:r>
        <w:t>c năng,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 ch</w:t>
      </w:r>
      <w:r>
        <w:t>ủ</w:t>
      </w:r>
      <w:r>
        <w:t xml:space="preserve"> đ</w:t>
      </w:r>
      <w:r>
        <w:t>ộ</w:t>
      </w:r>
      <w:r>
        <w:t>ng tri</w:t>
      </w:r>
      <w:r>
        <w:t>ể</w:t>
      </w:r>
      <w:r>
        <w:t>n khai th</w:t>
      </w:r>
      <w:r>
        <w:t>ự</w:t>
      </w:r>
      <w:r>
        <w:t>c hi</w:t>
      </w:r>
      <w:r>
        <w:t>ệ</w:t>
      </w:r>
      <w:r>
        <w:t>n; báo cáo k</w:t>
      </w:r>
      <w:r>
        <w:t>ế</w:t>
      </w:r>
      <w:r>
        <w:t>t qu</w:t>
      </w:r>
      <w:r>
        <w:t>ả</w:t>
      </w:r>
      <w:r>
        <w:t xml:space="preserve"> tri</w:t>
      </w:r>
      <w:r>
        <w:t>ể</w:t>
      </w:r>
      <w:r>
        <w:t>n khai, nh</w:t>
      </w:r>
      <w:r>
        <w:t>ữ</w:t>
      </w:r>
      <w:r>
        <w:t>ng khó khăn, vư</w:t>
      </w:r>
      <w:r>
        <w:t>ớ</w:t>
      </w:r>
      <w:r>
        <w:t>ng m</w:t>
      </w:r>
      <w:r>
        <w:t>ắ</w:t>
      </w:r>
      <w:r>
        <w:t>c v</w:t>
      </w:r>
      <w:r>
        <w:t>ề</w:t>
      </w:r>
      <w:r>
        <w:t xml:space="preserve"> </w:t>
      </w:r>
      <w:proofErr w:type="spellStart"/>
      <w:r>
        <w:t>Ủ</w:t>
      </w:r>
      <w:r>
        <w:t>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(qua </w:t>
      </w:r>
      <w:proofErr w:type="spellStart"/>
      <w:r w:rsidR="00D05338">
        <w:t>p</w:t>
      </w:r>
      <w:r>
        <w:t>hòng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và Tr</w:t>
      </w:r>
      <w:r>
        <w:t>ạ</w:t>
      </w:r>
      <w:r>
        <w:t>m Y t</w:t>
      </w:r>
      <w:r>
        <w:t>ế</w:t>
      </w:r>
      <w:r>
        <w:t xml:space="preserve"> xã) trư</w:t>
      </w:r>
      <w:r>
        <w:t>ớ</w:t>
      </w:r>
      <w:r>
        <w:t>c ngày 31/7/2026 đ</w:t>
      </w:r>
      <w:r>
        <w:t>ể</w:t>
      </w:r>
      <w:r>
        <w:t xml:space="preserve"> t</w:t>
      </w:r>
      <w:r>
        <w:t>ổ</w:t>
      </w:r>
      <w:r>
        <w:t>ng h</w:t>
      </w:r>
      <w:r>
        <w:t>ợ</w:t>
      </w:r>
      <w:r>
        <w:t>p, theo dõi, ch</w:t>
      </w:r>
      <w:r>
        <w:t>ỉ</w:t>
      </w:r>
      <w:r>
        <w:t xml:space="preserve"> đ</w:t>
      </w:r>
      <w:r>
        <w:t>ạ</w:t>
      </w:r>
      <w:r>
        <w:t>o.</w:t>
      </w:r>
    </w:p>
    <w:p w14:paraId="66213233" w14:textId="4F90BA95" w:rsidR="000C4EC5" w:rsidRDefault="00356C54" w:rsidP="00A00C44">
      <w:pPr>
        <w:spacing w:before="120"/>
        <w:ind w:firstLine="720"/>
        <w:jc w:val="both"/>
      </w:pPr>
      <w:r>
        <w:t>Nh</w:t>
      </w:r>
      <w:r>
        <w:t>ậ</w:t>
      </w:r>
      <w:r>
        <w:t>n đư</w:t>
      </w:r>
      <w:r>
        <w:t>ợ</w:t>
      </w:r>
      <w:r>
        <w:t xml:space="preserve">c Công văn này, </w:t>
      </w:r>
      <w:r>
        <w:t>Ủ</w:t>
      </w:r>
      <w:r>
        <w:t xml:space="preserve">y ban nhân dân xã </w:t>
      </w:r>
      <w:bookmarkStart w:id="0" w:name="_GoBack"/>
      <w:bookmarkEnd w:id="0"/>
      <w:r>
        <w:t>đ</w:t>
      </w:r>
      <w:r>
        <w:t>ề</w:t>
      </w:r>
      <w:r>
        <w:t xml:space="preserve"> ngh</w:t>
      </w:r>
      <w:r>
        <w:t>ị</w:t>
      </w:r>
      <w:r>
        <w:t xml:space="preserve"> các cơ quan, đơn v</w:t>
      </w:r>
      <w:r>
        <w:t>ị</w:t>
      </w:r>
      <w:r>
        <w:t>, Tr</w:t>
      </w:r>
      <w:r>
        <w:t>ạ</w:t>
      </w:r>
      <w:r>
        <w:t>m Y t</w:t>
      </w:r>
      <w:r>
        <w:t>ế</w:t>
      </w:r>
      <w:r>
        <w:t xml:space="preserve"> xã, các </w:t>
      </w:r>
      <w:proofErr w:type="spellStart"/>
      <w:r>
        <w:t>thôn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 </w:t>
      </w:r>
      <w:proofErr w:type="spellStart"/>
      <w:r>
        <w:t>tri</w:t>
      </w:r>
      <w:r>
        <w:t>ể</w:t>
      </w:r>
      <w:r>
        <w:t>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</w:t>
      </w:r>
      <w:r>
        <w:t>ự</w:t>
      </w:r>
      <w:r>
        <w:t>c</w:t>
      </w:r>
      <w:proofErr w:type="spellEnd"/>
      <w:r>
        <w:t xml:space="preserve"> </w:t>
      </w:r>
      <w:proofErr w:type="spellStart"/>
      <w:r>
        <w:t>hi</w:t>
      </w:r>
      <w:r>
        <w:t>ệ</w:t>
      </w:r>
      <w:r>
        <w:t>n</w:t>
      </w:r>
      <w:proofErr w:type="spellEnd"/>
      <w:r>
        <w:t>./.</w:t>
      </w:r>
    </w:p>
    <w:p w14:paraId="27494F63" w14:textId="77777777" w:rsidR="00D05338" w:rsidRPr="00D05338" w:rsidRDefault="00D05338" w:rsidP="00D05338">
      <w:pPr>
        <w:ind w:firstLine="720"/>
        <w:jc w:val="both"/>
        <w:rPr>
          <w:sz w:val="12"/>
          <w:szCs w:val="6"/>
        </w:rPr>
      </w:pPr>
    </w:p>
    <w:tbl>
      <w:tblPr>
        <w:tblW w:w="9340" w:type="dxa"/>
        <w:jc w:val="center"/>
        <w:tblLayout w:type="fixed"/>
        <w:tblLook w:val="04A0" w:firstRow="1" w:lastRow="0" w:firstColumn="1" w:lastColumn="0" w:noHBand="0" w:noVBand="1"/>
      </w:tblPr>
      <w:tblGrid>
        <w:gridCol w:w="4805"/>
        <w:gridCol w:w="4535"/>
      </w:tblGrid>
      <w:tr w:rsidR="000C4EC5" w14:paraId="7909AF7E" w14:textId="77777777" w:rsidTr="008E1D82">
        <w:trPr>
          <w:jc w:val="center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228FCC56" w14:textId="77777777" w:rsidR="000C4EC5" w:rsidRDefault="00356C54">
            <w:pPr>
              <w:spacing w:before="80" w:line="240" w:lineRule="auto"/>
            </w:pPr>
            <w:proofErr w:type="spellStart"/>
            <w:r>
              <w:rPr>
                <w:b/>
                <w:i/>
                <w:sz w:val="24"/>
              </w:rPr>
              <w:t>Nơi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nh</w:t>
            </w:r>
            <w:r>
              <w:rPr>
                <w:b/>
                <w:i/>
                <w:sz w:val="24"/>
              </w:rPr>
              <w:t>ậ</w:t>
            </w:r>
            <w:r>
              <w:rPr>
                <w:b/>
                <w:i/>
                <w:sz w:val="24"/>
              </w:rPr>
              <w:t>n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14:paraId="019EB1BF" w14:textId="77777777" w:rsidR="000C4EC5" w:rsidRDefault="00356C54">
            <w:pPr>
              <w:spacing w:line="240" w:lineRule="auto"/>
            </w:pPr>
            <w:r>
              <w:rPr>
                <w:sz w:val="22"/>
              </w:rPr>
              <w:t>- Như trên;</w:t>
            </w:r>
          </w:p>
          <w:p w14:paraId="4015B032" w14:textId="77777777" w:rsidR="000C4EC5" w:rsidRDefault="00356C54">
            <w:pPr>
              <w:spacing w:line="240" w:lineRule="auto"/>
            </w:pPr>
            <w:r>
              <w:rPr>
                <w:sz w:val="22"/>
              </w:rPr>
              <w:t>- Trung tâm KSBT t</w:t>
            </w:r>
            <w:r>
              <w:rPr>
                <w:sz w:val="22"/>
              </w:rPr>
              <w:t>ỉ</w:t>
            </w:r>
            <w:r>
              <w:rPr>
                <w:sz w:val="22"/>
              </w:rPr>
              <w:t>nh (b/c);</w:t>
            </w:r>
          </w:p>
          <w:p w14:paraId="1B1556C5" w14:textId="77777777" w:rsidR="000C4EC5" w:rsidRDefault="00356C54">
            <w:pPr>
              <w:spacing w:line="240" w:lineRule="auto"/>
            </w:pPr>
            <w:r>
              <w:rPr>
                <w:sz w:val="22"/>
              </w:rPr>
              <w:t>- Thư</w:t>
            </w:r>
            <w:r>
              <w:rPr>
                <w:sz w:val="22"/>
              </w:rPr>
              <w:t>ờ</w:t>
            </w:r>
            <w:r>
              <w:rPr>
                <w:sz w:val="22"/>
              </w:rPr>
              <w:t>ng tr</w:t>
            </w:r>
            <w:r>
              <w:rPr>
                <w:sz w:val="22"/>
              </w:rPr>
              <w:t>ự</w:t>
            </w:r>
            <w:r>
              <w:rPr>
                <w:sz w:val="22"/>
              </w:rPr>
              <w:t>c Đ</w:t>
            </w:r>
            <w:r>
              <w:rPr>
                <w:sz w:val="22"/>
              </w:rPr>
              <w:t>ả</w:t>
            </w:r>
            <w:r>
              <w:rPr>
                <w:sz w:val="22"/>
              </w:rPr>
              <w:t xml:space="preserve">ng </w:t>
            </w:r>
            <w:r>
              <w:rPr>
                <w:sz w:val="22"/>
              </w:rPr>
              <w:t>ủ</w:t>
            </w:r>
            <w:r>
              <w:rPr>
                <w:sz w:val="22"/>
              </w:rPr>
              <w:t>y xã (b/c);</w:t>
            </w:r>
          </w:p>
          <w:p w14:paraId="1CAE7206" w14:textId="77777777" w:rsidR="000C4EC5" w:rsidRDefault="00356C54">
            <w:pPr>
              <w:spacing w:line="240" w:lineRule="auto"/>
            </w:pPr>
            <w:r>
              <w:rPr>
                <w:sz w:val="22"/>
              </w:rPr>
              <w:t>- Th</w:t>
            </w:r>
            <w:r>
              <w:rPr>
                <w:sz w:val="22"/>
              </w:rPr>
              <w:t>ư</w:t>
            </w:r>
            <w:r>
              <w:rPr>
                <w:sz w:val="22"/>
              </w:rPr>
              <w:t>ờ</w:t>
            </w:r>
            <w:r>
              <w:rPr>
                <w:sz w:val="22"/>
              </w:rPr>
              <w:t>ng tr</w:t>
            </w:r>
            <w:r>
              <w:rPr>
                <w:sz w:val="22"/>
              </w:rPr>
              <w:t>ự</w:t>
            </w:r>
            <w:r>
              <w:rPr>
                <w:sz w:val="22"/>
              </w:rPr>
              <w:t>c HĐND xã (b/c);</w:t>
            </w:r>
          </w:p>
          <w:p w14:paraId="6B591B55" w14:textId="77777777" w:rsidR="000C4EC5" w:rsidRDefault="00356C5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Ch</w:t>
            </w:r>
            <w:r>
              <w:rPr>
                <w:sz w:val="22"/>
              </w:rPr>
              <w:t>ủ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</w:t>
            </w:r>
            <w:r>
              <w:rPr>
                <w:sz w:val="22"/>
              </w:rPr>
              <w:t>ị</w:t>
            </w:r>
            <w:r>
              <w:rPr>
                <w:sz w:val="22"/>
              </w:rPr>
              <w:t>ch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các</w:t>
            </w:r>
            <w:proofErr w:type="spellEnd"/>
            <w:r>
              <w:rPr>
                <w:sz w:val="22"/>
              </w:rPr>
              <w:t xml:space="preserve"> PCT UBND </w:t>
            </w:r>
            <w:proofErr w:type="spellStart"/>
            <w:r>
              <w:rPr>
                <w:sz w:val="22"/>
              </w:rPr>
              <w:t>xã</w:t>
            </w:r>
            <w:proofErr w:type="spellEnd"/>
            <w:r>
              <w:rPr>
                <w:sz w:val="22"/>
              </w:rPr>
              <w:t>;</w:t>
            </w:r>
          </w:p>
          <w:p w14:paraId="77DCF89A" w14:textId="064FB701" w:rsidR="00D05338" w:rsidRDefault="00D05338">
            <w:pPr>
              <w:spacing w:line="240" w:lineRule="auto"/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Lãnh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đạo</w:t>
            </w:r>
            <w:proofErr w:type="spellEnd"/>
            <w:r>
              <w:rPr>
                <w:sz w:val="22"/>
              </w:rPr>
              <w:t xml:space="preserve"> VP HĐND </w:t>
            </w:r>
            <w:proofErr w:type="spellStart"/>
            <w:r>
              <w:rPr>
                <w:sz w:val="22"/>
              </w:rPr>
              <w:t>và</w:t>
            </w:r>
            <w:proofErr w:type="spellEnd"/>
            <w:r>
              <w:rPr>
                <w:sz w:val="22"/>
              </w:rPr>
              <w:t xml:space="preserve"> UBND </w:t>
            </w:r>
            <w:proofErr w:type="spellStart"/>
            <w:r>
              <w:rPr>
                <w:sz w:val="22"/>
              </w:rPr>
              <w:t>xã</w:t>
            </w:r>
            <w:proofErr w:type="spellEnd"/>
            <w:r>
              <w:rPr>
                <w:sz w:val="22"/>
              </w:rPr>
              <w:t>;</w:t>
            </w:r>
          </w:p>
          <w:p w14:paraId="547A6CD6" w14:textId="77777777" w:rsidR="000C4EC5" w:rsidRDefault="00356C54">
            <w:pPr>
              <w:spacing w:line="240" w:lineRule="auto"/>
            </w:pPr>
            <w:r>
              <w:rPr>
                <w:sz w:val="22"/>
              </w:rPr>
              <w:t>- Lưu: VT, VHXH.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7AE2960" w14:textId="77777777" w:rsidR="000C4EC5" w:rsidRPr="00D05338" w:rsidRDefault="00356C54">
            <w:pPr>
              <w:spacing w:before="80" w:line="240" w:lineRule="auto"/>
              <w:jc w:val="center"/>
              <w:rPr>
                <w:szCs w:val="28"/>
              </w:rPr>
            </w:pPr>
            <w:r w:rsidRPr="00D05338">
              <w:rPr>
                <w:b/>
                <w:szCs w:val="28"/>
              </w:rPr>
              <w:t>KT. CH</w:t>
            </w:r>
            <w:r w:rsidRPr="00D05338">
              <w:rPr>
                <w:b/>
                <w:szCs w:val="28"/>
              </w:rPr>
              <w:t>Ủ</w:t>
            </w:r>
            <w:r w:rsidRPr="00D05338">
              <w:rPr>
                <w:b/>
                <w:szCs w:val="28"/>
              </w:rPr>
              <w:t xml:space="preserve"> T</w:t>
            </w:r>
            <w:r w:rsidRPr="00D05338">
              <w:rPr>
                <w:b/>
                <w:szCs w:val="28"/>
              </w:rPr>
              <w:t>Ị</w:t>
            </w:r>
            <w:r w:rsidRPr="00D05338">
              <w:rPr>
                <w:b/>
                <w:szCs w:val="28"/>
              </w:rPr>
              <w:t>CH</w:t>
            </w:r>
          </w:p>
          <w:p w14:paraId="6F764DB2" w14:textId="77777777" w:rsidR="000C4EC5" w:rsidRPr="00D05338" w:rsidRDefault="00356C54">
            <w:pPr>
              <w:spacing w:line="240" w:lineRule="auto"/>
              <w:jc w:val="center"/>
              <w:rPr>
                <w:szCs w:val="28"/>
              </w:rPr>
            </w:pPr>
            <w:r w:rsidRPr="00D05338">
              <w:rPr>
                <w:b/>
                <w:szCs w:val="28"/>
              </w:rPr>
              <w:t>PHÓ CH</w:t>
            </w:r>
            <w:r w:rsidRPr="00D05338">
              <w:rPr>
                <w:b/>
                <w:szCs w:val="28"/>
              </w:rPr>
              <w:t>Ủ</w:t>
            </w:r>
            <w:r w:rsidRPr="00D05338">
              <w:rPr>
                <w:b/>
                <w:szCs w:val="28"/>
              </w:rPr>
              <w:t xml:space="preserve"> T</w:t>
            </w:r>
            <w:r w:rsidRPr="00D05338">
              <w:rPr>
                <w:b/>
                <w:szCs w:val="28"/>
              </w:rPr>
              <w:t>Ị</w:t>
            </w:r>
            <w:r w:rsidRPr="00D05338">
              <w:rPr>
                <w:b/>
                <w:szCs w:val="28"/>
              </w:rPr>
              <w:t>CH</w:t>
            </w:r>
          </w:p>
          <w:p w14:paraId="288F8F64" w14:textId="77777777" w:rsidR="000C4EC5" w:rsidRPr="00D05338" w:rsidRDefault="000C4EC5">
            <w:pPr>
              <w:spacing w:line="240" w:lineRule="auto"/>
              <w:jc w:val="center"/>
              <w:rPr>
                <w:szCs w:val="28"/>
              </w:rPr>
            </w:pPr>
          </w:p>
          <w:p w14:paraId="267CAE32" w14:textId="77777777" w:rsidR="000C4EC5" w:rsidRPr="00D05338" w:rsidRDefault="000C4EC5">
            <w:pPr>
              <w:spacing w:line="240" w:lineRule="auto"/>
              <w:jc w:val="center"/>
              <w:rPr>
                <w:szCs w:val="28"/>
              </w:rPr>
            </w:pPr>
          </w:p>
          <w:p w14:paraId="183376DA" w14:textId="77777777" w:rsidR="000C4EC5" w:rsidRPr="00D05338" w:rsidRDefault="000C4EC5">
            <w:pPr>
              <w:spacing w:line="240" w:lineRule="auto"/>
              <w:jc w:val="center"/>
              <w:rPr>
                <w:szCs w:val="28"/>
              </w:rPr>
            </w:pPr>
          </w:p>
          <w:p w14:paraId="09635600" w14:textId="77777777" w:rsidR="000C4EC5" w:rsidRPr="00D05338" w:rsidRDefault="000C4EC5">
            <w:pPr>
              <w:spacing w:line="240" w:lineRule="auto"/>
              <w:jc w:val="center"/>
              <w:rPr>
                <w:szCs w:val="28"/>
              </w:rPr>
            </w:pPr>
          </w:p>
          <w:p w14:paraId="42E6F872" w14:textId="77777777" w:rsidR="000C4EC5" w:rsidRPr="00D05338" w:rsidRDefault="000C4EC5">
            <w:pPr>
              <w:spacing w:line="240" w:lineRule="auto"/>
              <w:jc w:val="center"/>
              <w:rPr>
                <w:szCs w:val="28"/>
              </w:rPr>
            </w:pPr>
          </w:p>
          <w:p w14:paraId="31D5FAF7" w14:textId="77777777" w:rsidR="000C4EC5" w:rsidRDefault="00356C54">
            <w:pPr>
              <w:spacing w:line="240" w:lineRule="auto"/>
              <w:jc w:val="center"/>
            </w:pPr>
            <w:r w:rsidRPr="00D05338">
              <w:rPr>
                <w:b/>
                <w:szCs w:val="28"/>
              </w:rPr>
              <w:t>Nguy</w:t>
            </w:r>
            <w:r w:rsidRPr="00D05338">
              <w:rPr>
                <w:b/>
                <w:szCs w:val="28"/>
              </w:rPr>
              <w:t>ễ</w:t>
            </w:r>
            <w:r w:rsidRPr="00D05338">
              <w:rPr>
                <w:b/>
                <w:szCs w:val="28"/>
              </w:rPr>
              <w:t>n Văn Hùng</w:t>
            </w:r>
          </w:p>
        </w:tc>
      </w:tr>
    </w:tbl>
    <w:p w14:paraId="039E65D8" w14:textId="77777777" w:rsidR="00E65EFB" w:rsidRDefault="00E65EFB"/>
    <w:sectPr w:rsidR="00E65EFB" w:rsidSect="008E1D82">
      <w:headerReference w:type="default" r:id="rId8"/>
      <w:pgSz w:w="11906" w:h="16838"/>
      <w:pgMar w:top="1134" w:right="1134" w:bottom="1134" w:left="1701" w:header="562" w:footer="56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4694D" w14:textId="77777777" w:rsidR="00356C54" w:rsidRDefault="00356C54" w:rsidP="00471DC9">
      <w:pPr>
        <w:spacing w:line="240" w:lineRule="auto"/>
      </w:pPr>
      <w:r>
        <w:separator/>
      </w:r>
    </w:p>
  </w:endnote>
  <w:endnote w:type="continuationSeparator" w:id="0">
    <w:p w14:paraId="1981377D" w14:textId="77777777" w:rsidR="00356C54" w:rsidRDefault="00356C54" w:rsidP="00471D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82704" w14:textId="77777777" w:rsidR="00356C54" w:rsidRDefault="00356C54" w:rsidP="00471DC9">
      <w:pPr>
        <w:spacing w:line="240" w:lineRule="auto"/>
      </w:pPr>
      <w:r>
        <w:separator/>
      </w:r>
    </w:p>
  </w:footnote>
  <w:footnote w:type="continuationSeparator" w:id="0">
    <w:p w14:paraId="001EC7B1" w14:textId="77777777" w:rsidR="00356C54" w:rsidRDefault="00356C54" w:rsidP="00471D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40226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3353D9" w14:textId="44C33D15" w:rsidR="00471DC9" w:rsidRDefault="00471DC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684260" w14:textId="77777777" w:rsidR="00471DC9" w:rsidRDefault="00471D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EC5"/>
    <w:rsid w:val="0015074B"/>
    <w:rsid w:val="00186614"/>
    <w:rsid w:val="0029639D"/>
    <w:rsid w:val="00305C20"/>
    <w:rsid w:val="00326F90"/>
    <w:rsid w:val="00356C54"/>
    <w:rsid w:val="00417502"/>
    <w:rsid w:val="00471DC9"/>
    <w:rsid w:val="008E1D82"/>
    <w:rsid w:val="009F1CD8"/>
    <w:rsid w:val="00A00C44"/>
    <w:rsid w:val="00AA1D8D"/>
    <w:rsid w:val="00B47730"/>
    <w:rsid w:val="00CB0664"/>
    <w:rsid w:val="00D05338"/>
    <w:rsid w:val="00E65E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4C477"/>
  <w14:defaultImageDpi w14:val="300"/>
  <w15:docId w15:val="{197B5FBD-AB66-4290-878B-09608830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0" w:line="259" w:lineRule="auto"/>
    </w:pPr>
    <w:rPr>
      <w:rFonts w:ascii="Times New Roman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A8F261-1739-49FC-9FFB-9B12C0D7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8</cp:revision>
  <dcterms:created xsi:type="dcterms:W3CDTF">2026-07-17T01:21:00Z</dcterms:created>
  <dcterms:modified xsi:type="dcterms:W3CDTF">2026-07-18T05:22:00Z</dcterms:modified>
  <cp:category/>
</cp:coreProperties>
</file>